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51090" w14:textId="77777777" w:rsidR="000A2D4E" w:rsidRPr="005B0D4E" w:rsidRDefault="000A2D4E">
      <w:pPr>
        <w:spacing w:after="440"/>
        <w:rPr>
          <w:color w:val="000000" w:themeColor="text1"/>
        </w:rPr>
      </w:pPr>
    </w:p>
    <w:p w14:paraId="25392BF2" w14:textId="708DAE42" w:rsidR="000A2D4E" w:rsidRPr="00054F0A" w:rsidRDefault="0003154C">
      <w:pPr>
        <w:spacing w:after="200" w:line="259" w:lineRule="auto"/>
        <w:rPr>
          <w:color w:val="000000" w:themeColor="text1"/>
          <w:sz w:val="30"/>
          <w:szCs w:val="30"/>
          <w:lang w:val="id-ID"/>
        </w:rPr>
      </w:pPr>
      <w:r w:rsidRPr="00054F0A">
        <w:rPr>
          <w:rFonts w:eastAsia="Arial"/>
          <w:b/>
          <w:color w:val="000000" w:themeColor="text1"/>
          <w:sz w:val="30"/>
          <w:szCs w:val="30"/>
        </w:rPr>
        <w:t xml:space="preserve">JUDUL ARTIKEL </w:t>
      </w:r>
      <w:r w:rsidR="00054F0A" w:rsidRPr="00054F0A">
        <w:rPr>
          <w:rFonts w:eastAsia="Arial"/>
          <w:b/>
          <w:color w:val="000000" w:themeColor="text1"/>
          <w:sz w:val="30"/>
          <w:szCs w:val="30"/>
          <w:lang w:val="id-ID"/>
        </w:rPr>
        <w:t>(</w:t>
      </w:r>
      <w:r w:rsidRPr="00054F0A">
        <w:rPr>
          <w:rFonts w:eastAsia="Arial"/>
          <w:b/>
          <w:color w:val="000000" w:themeColor="text1"/>
          <w:sz w:val="30"/>
          <w:szCs w:val="30"/>
        </w:rPr>
        <w:t>DITULIS DALAM HURUF KAPITAL, RINGKAS, SPESIFIK, DAN MENCERMINKAN FOKUS PENGEMBANGAN ATAU KESEJAHTERAAN MASYARAKAT</w:t>
      </w:r>
      <w:r w:rsidR="00054F0A" w:rsidRPr="00054F0A">
        <w:rPr>
          <w:rFonts w:eastAsia="Arial"/>
          <w:b/>
          <w:color w:val="000000" w:themeColor="text1"/>
          <w:sz w:val="30"/>
          <w:szCs w:val="30"/>
          <w:lang w:val="id-ID"/>
        </w:rPr>
        <w:t>)</w:t>
      </w:r>
      <w:r w:rsidR="00054F0A">
        <w:rPr>
          <w:rFonts w:eastAsia="Arial"/>
          <w:b/>
          <w:color w:val="000000" w:themeColor="text1"/>
          <w:sz w:val="30"/>
          <w:szCs w:val="30"/>
          <w:lang w:val="id-ID"/>
        </w:rPr>
        <w:t xml:space="preserve"> (15 pt)</w:t>
      </w:r>
    </w:p>
    <w:p w14:paraId="1D57AF45" w14:textId="357C8874" w:rsidR="000A2D4E" w:rsidRPr="00054F0A" w:rsidRDefault="0003154C">
      <w:pPr>
        <w:spacing w:after="20"/>
        <w:rPr>
          <w:color w:val="000000" w:themeColor="text1"/>
          <w:sz w:val="22"/>
          <w:lang w:val="id-ID"/>
        </w:rPr>
      </w:pPr>
      <w:r w:rsidRPr="00054F0A">
        <w:rPr>
          <w:rFonts w:eastAsia="Arial"/>
          <w:b/>
          <w:color w:val="000000" w:themeColor="text1"/>
          <w:sz w:val="22"/>
        </w:rPr>
        <w:t>Nama Penulis Pertama1, Nama Penulis Kedua2</w:t>
      </w:r>
      <w:r w:rsidR="00054F0A" w:rsidRPr="00054F0A">
        <w:rPr>
          <w:rFonts w:eastAsia="Arial"/>
          <w:b/>
          <w:color w:val="000000" w:themeColor="text1"/>
          <w:sz w:val="22"/>
          <w:lang w:val="id-ID"/>
        </w:rPr>
        <w:t xml:space="preserve"> </w:t>
      </w:r>
      <w:r w:rsidR="00054F0A">
        <w:rPr>
          <w:rFonts w:eastAsia="Arial"/>
          <w:b/>
          <w:color w:val="000000" w:themeColor="text1"/>
          <w:sz w:val="22"/>
          <w:lang w:val="id-ID"/>
        </w:rPr>
        <w:t>(11 pt)</w:t>
      </w:r>
    </w:p>
    <w:p w14:paraId="47EBA110" w14:textId="1110F69C" w:rsidR="000A2D4E" w:rsidRPr="00054F0A" w:rsidRDefault="0003154C">
      <w:pPr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  <w:sz w:val="20"/>
        </w:rPr>
        <w:t>1Afiliasi Penulis Pertama; 2Afiliasi Penulis Kedua</w:t>
      </w:r>
      <w:r w:rsidR="00054F0A">
        <w:rPr>
          <w:rFonts w:eastAsia="Arial"/>
          <w:color w:val="000000" w:themeColor="text1"/>
          <w:sz w:val="20"/>
          <w:lang w:val="id-ID"/>
        </w:rPr>
        <w:t xml:space="preserve"> (11 pt)</w:t>
      </w:r>
      <w:bookmarkStart w:id="0" w:name="_GoBack"/>
      <w:bookmarkEnd w:id="0"/>
    </w:p>
    <w:p w14:paraId="358EC917" w14:textId="1AF74060" w:rsidR="000A2D4E" w:rsidRPr="00054F0A" w:rsidRDefault="0003154C">
      <w:pPr>
        <w:spacing w:after="340"/>
        <w:rPr>
          <w:color w:val="000000" w:themeColor="text1"/>
          <w:lang w:val="id-ID"/>
        </w:rPr>
      </w:pPr>
      <w:r w:rsidRPr="005B0D4E">
        <w:rPr>
          <w:rFonts w:eastAsia="Arial"/>
          <w:i/>
          <w:color w:val="000000" w:themeColor="text1"/>
          <w:sz w:val="20"/>
          <w:u w:val="single"/>
        </w:rPr>
        <w:t xml:space="preserve">Email: </w:t>
      </w:r>
      <w:hyperlink r:id="rId8" w:history="1">
        <w:r w:rsidR="00054F0A" w:rsidRPr="004879B9">
          <w:rPr>
            <w:rStyle w:val="Hyperlink"/>
            <w:rFonts w:eastAsia="Arial"/>
            <w:i/>
            <w:sz w:val="20"/>
          </w:rPr>
          <w:t>corresponding.author@email.ac.id</w:t>
        </w:r>
      </w:hyperlink>
      <w:r w:rsidR="00054F0A">
        <w:rPr>
          <w:rFonts w:eastAsia="Arial"/>
          <w:i/>
          <w:color w:val="000000" w:themeColor="text1"/>
          <w:sz w:val="20"/>
          <w:u w:val="single"/>
          <w:lang w:val="id-ID"/>
        </w:rPr>
        <w:t xml:space="preserve"> (11 pt)</w:t>
      </w:r>
    </w:p>
    <w:p w14:paraId="41C54EDF" w14:textId="20F3FDE9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t>ABSTRAK</w:t>
      </w:r>
      <w:r w:rsidR="00054F0A">
        <w:rPr>
          <w:rFonts w:eastAsia="Arial"/>
          <w:color w:val="000000" w:themeColor="text1"/>
          <w:lang w:val="id-ID"/>
        </w:rPr>
        <w:t xml:space="preserve"> (12 pt)</w:t>
      </w:r>
    </w:p>
    <w:p w14:paraId="496FA0D8" w14:textId="205CF1C9" w:rsidR="000A2D4E" w:rsidRPr="00054F0A" w:rsidRDefault="0003154C">
      <w:pPr>
        <w:pStyle w:val="IsiArtikel"/>
        <w:spacing w:after="100"/>
        <w:ind w:firstLine="567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color w:val="000000" w:themeColor="text1"/>
          <w:sz w:val="20"/>
          <w:szCs w:val="20"/>
        </w:rPr>
        <w:t>[Abstrak ditulis dalam Bahasa Indonesia dalam satu paragraf. Jelaskan secara ringkas latar belakang atau konteks, tujuan kegiatan/penelitian, metode atau pendekatan, hasil utama, serta implikasi bagi pengembangan dan kesejahteraan masyarakat. Hindari sitasi di dalam abstrak. Disarankan sekitar 150-250 kata.]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 xml:space="preserve"> (10 pt)</w:t>
      </w:r>
    </w:p>
    <w:p w14:paraId="5A7A6485" w14:textId="08E42566" w:rsidR="000A2D4E" w:rsidRPr="00054F0A" w:rsidRDefault="0003154C">
      <w:pPr>
        <w:spacing w:after="240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b/>
          <w:color w:val="000000" w:themeColor="text1"/>
          <w:sz w:val="20"/>
          <w:szCs w:val="20"/>
        </w:rPr>
        <w:t xml:space="preserve">Kata Kunci: </w:t>
      </w:r>
      <w:r w:rsidRPr="00054F0A">
        <w:rPr>
          <w:rFonts w:eastAsia="Arial"/>
          <w:i/>
          <w:color w:val="000000" w:themeColor="text1"/>
          <w:sz w:val="20"/>
          <w:szCs w:val="20"/>
        </w:rPr>
        <w:t>kata kunci 1; kata kunci 2; kata kunci 3; kata kunci 4; kata kunci 5</w:t>
      </w:r>
      <w:r w:rsidR="00054F0A">
        <w:rPr>
          <w:rFonts w:eastAsia="Arial"/>
          <w:i/>
          <w:color w:val="000000" w:themeColor="text1"/>
          <w:sz w:val="20"/>
          <w:szCs w:val="20"/>
          <w:lang w:val="id-ID"/>
        </w:rPr>
        <w:t xml:space="preserve"> 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>(10 pt)</w:t>
      </w:r>
    </w:p>
    <w:p w14:paraId="246F2B4B" w14:textId="35E1140E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t>PENDAHULUAN</w:t>
      </w:r>
      <w:r w:rsidR="00054F0A">
        <w:rPr>
          <w:rFonts w:eastAsia="Arial"/>
          <w:color w:val="000000" w:themeColor="text1"/>
          <w:lang w:val="id-ID"/>
        </w:rPr>
        <w:t xml:space="preserve"> (12 pt)</w:t>
      </w:r>
    </w:p>
    <w:p w14:paraId="57DCA214" w14:textId="168079FD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color w:val="000000" w:themeColor="text1"/>
          <w:sz w:val="20"/>
          <w:szCs w:val="20"/>
        </w:rPr>
        <w:t>[Uraikan konteks masalah, kondisi masyarakat atau kelompok sasaran, urgensi kegiatan/penelitian, dan relevansinya terhadap pengembangan serta kesejahteraan masyarakat. Paragraf disusun naratif, menggunakan data atau literatur yang relevan, dan memakai sitasi author-date APA 7th Edition, misalnya (Nama, 2026).]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 xml:space="preserve"> 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>(10 pt)</w:t>
      </w:r>
    </w:p>
    <w:p w14:paraId="4642BE32" w14:textId="5446B178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color w:val="000000" w:themeColor="text1"/>
          <w:sz w:val="20"/>
          <w:szCs w:val="20"/>
        </w:rPr>
        <w:t>[Bangun state of the art dan jelaskan kesenjangan praktik/pengetahuan yang hendak dijawab. Jika artikel berbasis pengabdian, jelaskan kondisi awal mitra, kebutuhan, masalah prioritas, serta perubahan yang diharapkan. Jika artikel penelitian, jelaskan gap penelitian dan kontribusi yang ditawarkan.]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 xml:space="preserve"> </w:t>
      </w:r>
    </w:p>
    <w:p w14:paraId="09875158" w14:textId="5468D1D5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color w:val="000000" w:themeColor="text1"/>
          <w:sz w:val="20"/>
          <w:szCs w:val="20"/>
        </w:rPr>
        <w:t>[Paragraf terakhir pendahuluan menyatakan tujuan artikel secara eksplisit dan, bila relevan, manfaat atau kontribusi bagi masyarakat, organisasi, pemerintah daerah, atau pemangku kepentingan lain.]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 xml:space="preserve"> </w:t>
      </w:r>
    </w:p>
    <w:p w14:paraId="274853E5" w14:textId="548EFFDF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t>METODE</w:t>
      </w:r>
      <w:r w:rsidR="00054F0A">
        <w:rPr>
          <w:rFonts w:eastAsia="Arial"/>
          <w:color w:val="000000" w:themeColor="text1"/>
          <w:lang w:val="id-ID"/>
        </w:rPr>
        <w:t xml:space="preserve"> (12 pt)</w:t>
      </w:r>
    </w:p>
    <w:p w14:paraId="1CC73124" w14:textId="4FC7DAEA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  <w:lang w:val="id-ID"/>
        </w:rPr>
      </w:pPr>
      <w:r w:rsidRPr="00054F0A">
        <w:rPr>
          <w:rFonts w:eastAsia="Arial"/>
          <w:color w:val="000000" w:themeColor="text1"/>
          <w:sz w:val="20"/>
          <w:szCs w:val="20"/>
        </w:rPr>
        <w:t>[Jelaskan desain penelitian/kegiatan, lokasi dan waktu, subjek/mitra atau partisipan, sumber data, teknik pengumpulan data, tahapan pelaksanaan, instrumen, serta metode analisis. Untuk kegiatan pengabdian, tahapan dapat dijelaskan sebagai identifikasi, perencanaan, implementasi, observasi/monitoring, dan evaluasi sesuai karakter kegiatan.]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 xml:space="preserve"> </w:t>
      </w:r>
      <w:r w:rsidR="00054F0A">
        <w:rPr>
          <w:rFonts w:eastAsia="Arial"/>
          <w:color w:val="000000" w:themeColor="text1"/>
          <w:sz w:val="20"/>
          <w:szCs w:val="20"/>
          <w:lang w:val="id-ID"/>
        </w:rPr>
        <w:t>(10 pt)</w:t>
      </w:r>
    </w:p>
    <w:p w14:paraId="20B4E75B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[Pastikan metode cukup rinci sehingga proses dapat dipahami dan direplikasi. Sertakan aspek etika, persetujuan partisipan, atau perizinan jika relevan.]</w:t>
      </w:r>
    </w:p>
    <w:p w14:paraId="571C4727" w14:textId="2C1B2E70" w:rsidR="000A2D4E" w:rsidRPr="005B0D4E" w:rsidRDefault="0003154C">
      <w:pPr>
        <w:pStyle w:val="BagianUtama"/>
        <w:rPr>
          <w:color w:val="000000" w:themeColor="text1"/>
        </w:rPr>
      </w:pPr>
      <w:r w:rsidRPr="005B0D4E">
        <w:rPr>
          <w:rFonts w:eastAsia="Arial"/>
          <w:color w:val="000000" w:themeColor="text1"/>
        </w:rPr>
        <w:t>HASIL DAN PEMBAHASAN</w:t>
      </w:r>
      <w:r w:rsidR="00054F0A">
        <w:rPr>
          <w:rFonts w:eastAsia="Arial"/>
          <w:color w:val="000000" w:themeColor="text1"/>
          <w:lang w:val="id-ID"/>
        </w:rPr>
        <w:t xml:space="preserve"> </w:t>
      </w:r>
      <w:r w:rsidR="00054F0A">
        <w:rPr>
          <w:rFonts w:eastAsia="Arial"/>
          <w:color w:val="000000" w:themeColor="text1"/>
          <w:lang w:val="id-ID"/>
        </w:rPr>
        <w:t>(12 pt)</w:t>
      </w:r>
    </w:p>
    <w:p w14:paraId="72E28CBD" w14:textId="3E4E7986" w:rsidR="000A2D4E" w:rsidRPr="00054F0A" w:rsidRDefault="0003154C">
      <w:pPr>
        <w:pStyle w:val="Subbagian"/>
        <w:rPr>
          <w:color w:val="000000" w:themeColor="text1"/>
          <w:sz w:val="22"/>
          <w:lang w:val="id-ID"/>
        </w:rPr>
      </w:pPr>
      <w:r w:rsidRPr="00054F0A">
        <w:rPr>
          <w:rFonts w:eastAsia="Arial"/>
          <w:color w:val="000000" w:themeColor="text1"/>
          <w:sz w:val="22"/>
        </w:rPr>
        <w:t>Gambaran Umum Lokasi, Mitra, atau Kelompok Sasaran</w:t>
      </w:r>
      <w:r w:rsidR="00054F0A">
        <w:rPr>
          <w:rFonts w:eastAsia="Arial"/>
          <w:color w:val="000000" w:themeColor="text1"/>
          <w:sz w:val="22"/>
          <w:lang w:val="id-ID"/>
        </w:rPr>
        <w:t xml:space="preserve"> (11 pt)</w:t>
      </w:r>
    </w:p>
    <w:p w14:paraId="783E2C3D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[Jelaskan profil singkat lokasi, mitra, komunitas, atau kelompok sasaran yang berkaitan langsung dengan kegiatan/penelitian. Hindari informasi yang tidak relevan dengan analisis.]</w:t>
      </w:r>
    </w:p>
    <w:p w14:paraId="04340A7D" w14:textId="77777777" w:rsidR="000A2D4E" w:rsidRPr="00054F0A" w:rsidRDefault="0003154C">
      <w:pPr>
        <w:pStyle w:val="Subbagian"/>
        <w:rPr>
          <w:color w:val="000000" w:themeColor="text1"/>
          <w:sz w:val="22"/>
        </w:rPr>
      </w:pPr>
      <w:r w:rsidRPr="00054F0A">
        <w:rPr>
          <w:rFonts w:eastAsia="Arial"/>
          <w:color w:val="000000" w:themeColor="text1"/>
          <w:sz w:val="22"/>
        </w:rPr>
        <w:t>Tahap Identifikasi dan Temuan Awal</w:t>
      </w:r>
    </w:p>
    <w:p w14:paraId="5B83074B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[Paparkan temuan kondisi awal, kebutuhan, atau masalah yang teridentifikasi. Hubungkan temuan dengan data observasi, wawancara, dokumentasi, atau sumber lain yang digunakan.]</w:t>
      </w:r>
    </w:p>
    <w:p w14:paraId="4CBBB6B1" w14:textId="77777777" w:rsidR="000A2D4E" w:rsidRPr="005B0D4E" w:rsidRDefault="0003154C">
      <w:pPr>
        <w:rPr>
          <w:color w:val="000000" w:themeColor="text1"/>
        </w:rPr>
      </w:pPr>
      <w:r w:rsidRPr="005B0D4E">
        <w:rPr>
          <w:color w:val="000000" w:themeColor="text1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87"/>
      </w:tblGrid>
      <w:tr w:rsidR="005B0D4E" w:rsidRPr="005B0D4E" w14:paraId="6DDECE14" w14:textId="77777777">
        <w:trPr>
          <w:trHeight w:hRule="exact" w:val="2721"/>
          <w:jc w:val="center"/>
        </w:trPr>
        <w:tc>
          <w:tcPr>
            <w:tcW w:w="7087" w:type="dxa"/>
            <w:tcBorders>
              <w:top w:val="single" w:sz="8" w:space="0" w:color="C7C7C2"/>
              <w:left w:val="single" w:sz="8" w:space="0" w:color="C7C7C2"/>
              <w:bottom w:val="single" w:sz="8" w:space="0" w:color="C7C7C2"/>
              <w:right w:val="single" w:sz="8" w:space="0" w:color="C7C7C2"/>
            </w:tcBorders>
            <w:shd w:val="clear" w:color="auto" w:fill="F8F8F6"/>
            <w:vAlign w:val="center"/>
          </w:tcPr>
          <w:p w14:paraId="585C7419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i/>
                <w:color w:val="000000" w:themeColor="text1"/>
                <w:sz w:val="20"/>
              </w:rPr>
              <w:lastRenderedPageBreak/>
              <w:t>[TEMPAT GAMBAR / FOTO / DIAGRAM]</w:t>
            </w:r>
          </w:p>
        </w:tc>
      </w:tr>
    </w:tbl>
    <w:p w14:paraId="1794BDCB" w14:textId="1F9705AA" w:rsidR="000A2D4E" w:rsidRPr="00054F0A" w:rsidRDefault="0003154C">
      <w:pPr>
        <w:pStyle w:val="CaptionGambar"/>
        <w:jc w:val="center"/>
        <w:rPr>
          <w:color w:val="000000" w:themeColor="text1"/>
          <w:sz w:val="18"/>
          <w:szCs w:val="18"/>
          <w:lang w:val="id-ID"/>
        </w:rPr>
      </w:pPr>
      <w:r w:rsidRPr="00054F0A">
        <w:rPr>
          <w:rFonts w:eastAsia="Arial"/>
          <w:color w:val="000000" w:themeColor="text1"/>
          <w:sz w:val="18"/>
          <w:szCs w:val="18"/>
        </w:rPr>
        <w:t>Gambar 1. Judul atau keterangan gambar ditulis secara ringkas</w:t>
      </w:r>
      <w:r w:rsidR="00054F0A">
        <w:rPr>
          <w:rFonts w:eastAsia="Arial"/>
          <w:color w:val="000000" w:themeColor="text1"/>
          <w:sz w:val="18"/>
          <w:szCs w:val="18"/>
          <w:lang w:val="id-ID"/>
        </w:rPr>
        <w:t xml:space="preserve"> (9 pt)</w:t>
      </w:r>
    </w:p>
    <w:p w14:paraId="4041D735" w14:textId="77777777" w:rsidR="000A2D4E" w:rsidRPr="00054F0A" w:rsidRDefault="0003154C">
      <w:pPr>
        <w:pStyle w:val="Subbagian"/>
        <w:rPr>
          <w:color w:val="000000" w:themeColor="text1"/>
          <w:sz w:val="22"/>
          <w:szCs w:val="24"/>
        </w:rPr>
      </w:pPr>
      <w:r w:rsidRPr="00054F0A">
        <w:rPr>
          <w:rFonts w:eastAsia="Arial"/>
          <w:color w:val="000000" w:themeColor="text1"/>
          <w:sz w:val="22"/>
          <w:szCs w:val="24"/>
        </w:rPr>
        <w:t>Tahap Implementasi</w:t>
      </w:r>
    </w:p>
    <w:p w14:paraId="38E9EA84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5B0D4E">
        <w:rPr>
          <w:rFonts w:eastAsia="Arial"/>
          <w:color w:val="000000" w:themeColor="text1"/>
        </w:rPr>
        <w:t>[</w:t>
      </w:r>
      <w:r w:rsidRPr="00054F0A">
        <w:rPr>
          <w:rFonts w:eastAsia="Arial"/>
          <w:color w:val="000000" w:themeColor="text1"/>
          <w:sz w:val="20"/>
          <w:szCs w:val="20"/>
        </w:rPr>
        <w:t>Jelaskan tindakan, intervensi, program, atau aktivitas yang dilaksanakan. Uraikan keterlibatan masyarakat/mitra, mekanisme pelaksanaan, dan hasil yang diperoleh pada tahap ini.]</w:t>
      </w:r>
    </w:p>
    <w:p w14:paraId="00D690C4" w14:textId="552327BD" w:rsidR="000A2D4E" w:rsidRPr="00054F0A" w:rsidRDefault="0003154C">
      <w:pPr>
        <w:spacing w:before="120" w:after="60"/>
        <w:jc w:val="center"/>
        <w:rPr>
          <w:color w:val="000000" w:themeColor="text1"/>
          <w:sz w:val="18"/>
          <w:szCs w:val="18"/>
          <w:lang w:val="id-ID"/>
        </w:rPr>
      </w:pPr>
      <w:r w:rsidRPr="00054F0A">
        <w:rPr>
          <w:rFonts w:eastAsia="Arial"/>
          <w:b/>
          <w:color w:val="000000" w:themeColor="text1"/>
          <w:sz w:val="18"/>
          <w:szCs w:val="18"/>
        </w:rPr>
        <w:t>Tabel 1. Contoh penyajian hasil atau indikator kegiatan</w:t>
      </w:r>
      <w:r w:rsidR="00054F0A">
        <w:rPr>
          <w:rFonts w:eastAsia="Arial"/>
          <w:b/>
          <w:color w:val="000000" w:themeColor="text1"/>
          <w:sz w:val="18"/>
          <w:szCs w:val="18"/>
          <w:lang w:val="id-ID"/>
        </w:rPr>
        <w:t xml:space="preserve"> (9 pt)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2268"/>
        <w:gridCol w:w="2268"/>
      </w:tblGrid>
      <w:tr w:rsidR="005B0D4E" w:rsidRPr="005B0D4E" w14:paraId="35F392FA" w14:textId="77777777">
        <w:trPr>
          <w:tblHeader/>
          <w:jc w:val="center"/>
        </w:trPr>
        <w:tc>
          <w:tcPr>
            <w:tcW w:w="680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shd w:val="clear" w:color="auto" w:fill="EEEDEA"/>
            <w:vAlign w:val="center"/>
          </w:tcPr>
          <w:p w14:paraId="427C5544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b/>
                <w:color w:val="000000" w:themeColor="text1"/>
                <w:sz w:val="18"/>
              </w:rPr>
              <w:t>No.</w:t>
            </w:r>
          </w:p>
        </w:tc>
        <w:tc>
          <w:tcPr>
            <w:tcW w:w="328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shd w:val="clear" w:color="auto" w:fill="EEEDEA"/>
            <w:vAlign w:val="center"/>
          </w:tcPr>
          <w:p w14:paraId="36DFF609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b/>
                <w:color w:val="000000" w:themeColor="text1"/>
                <w:sz w:val="18"/>
              </w:rPr>
              <w:t>Indikator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shd w:val="clear" w:color="auto" w:fill="EEEDEA"/>
            <w:vAlign w:val="center"/>
          </w:tcPr>
          <w:p w14:paraId="48EE7E87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b/>
                <w:color w:val="000000" w:themeColor="text1"/>
                <w:sz w:val="18"/>
              </w:rPr>
              <w:t>Kondisi Awal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shd w:val="clear" w:color="auto" w:fill="EEEDEA"/>
            <w:vAlign w:val="center"/>
          </w:tcPr>
          <w:p w14:paraId="0078D0EC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b/>
                <w:color w:val="000000" w:themeColor="text1"/>
                <w:sz w:val="18"/>
              </w:rPr>
              <w:t>Hasil/Perubahan</w:t>
            </w:r>
          </w:p>
        </w:tc>
      </w:tr>
      <w:tr w:rsidR="005B0D4E" w:rsidRPr="005B0D4E" w14:paraId="3FB622CC" w14:textId="77777777">
        <w:trPr>
          <w:jc w:val="center"/>
        </w:trPr>
        <w:tc>
          <w:tcPr>
            <w:tcW w:w="680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5C5A3EDC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1</w:t>
            </w:r>
          </w:p>
        </w:tc>
        <w:tc>
          <w:tcPr>
            <w:tcW w:w="328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0D2A7284" w14:textId="77777777" w:rsidR="000A2D4E" w:rsidRPr="005B0D4E" w:rsidRDefault="0003154C">
            <w:pPr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[Indikator pertama]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3077D758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awal]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008D16F3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hasil]</w:t>
            </w:r>
          </w:p>
        </w:tc>
      </w:tr>
      <w:tr w:rsidR="005B0D4E" w:rsidRPr="005B0D4E" w14:paraId="01ABE310" w14:textId="77777777">
        <w:trPr>
          <w:jc w:val="center"/>
        </w:trPr>
        <w:tc>
          <w:tcPr>
            <w:tcW w:w="680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4961C0A1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2</w:t>
            </w:r>
          </w:p>
        </w:tc>
        <w:tc>
          <w:tcPr>
            <w:tcW w:w="328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4627C198" w14:textId="77777777" w:rsidR="000A2D4E" w:rsidRPr="005B0D4E" w:rsidRDefault="0003154C">
            <w:pPr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[Indikator kedua]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7E3ACDA4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awal]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30EFFC39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hasil]</w:t>
            </w:r>
          </w:p>
        </w:tc>
      </w:tr>
      <w:tr w:rsidR="005B0D4E" w:rsidRPr="005B0D4E" w14:paraId="0FE267E4" w14:textId="77777777">
        <w:trPr>
          <w:jc w:val="center"/>
        </w:trPr>
        <w:tc>
          <w:tcPr>
            <w:tcW w:w="680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3A3293D0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3</w:t>
            </w:r>
          </w:p>
        </w:tc>
        <w:tc>
          <w:tcPr>
            <w:tcW w:w="328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415D527B" w14:textId="77777777" w:rsidR="000A2D4E" w:rsidRPr="005B0D4E" w:rsidRDefault="0003154C">
            <w:pPr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[Indikator ketiga]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343200D7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awal]</w:t>
            </w:r>
          </w:p>
        </w:tc>
        <w:tc>
          <w:tcPr>
            <w:tcW w:w="2268" w:type="dxa"/>
            <w:tcBorders>
              <w:top w:val="single" w:sz="5" w:space="0" w:color="BEBDB9"/>
              <w:left w:val="single" w:sz="5" w:space="0" w:color="BEBDB9"/>
              <w:bottom w:val="single" w:sz="5" w:space="0" w:color="BEBDB9"/>
              <w:right w:val="single" w:sz="5" w:space="0" w:color="BEBDB9"/>
            </w:tcBorders>
            <w:vAlign w:val="center"/>
          </w:tcPr>
          <w:p w14:paraId="7D570EDE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color w:val="000000" w:themeColor="text1"/>
                <w:sz w:val="18"/>
              </w:rPr>
              <w:t>[Data hasil]</w:t>
            </w:r>
          </w:p>
        </w:tc>
      </w:tr>
    </w:tbl>
    <w:p w14:paraId="7BB85870" w14:textId="77777777" w:rsidR="000A2D4E" w:rsidRPr="005B0D4E" w:rsidRDefault="0003154C">
      <w:pPr>
        <w:pStyle w:val="CatatanTemplate"/>
        <w:jc w:val="center"/>
        <w:rPr>
          <w:color w:val="000000" w:themeColor="text1"/>
        </w:rPr>
      </w:pPr>
      <w:r w:rsidRPr="005B0D4E">
        <w:rPr>
          <w:rFonts w:eastAsia="Arial"/>
          <w:color w:val="000000" w:themeColor="text1"/>
          <w:sz w:val="17"/>
        </w:rPr>
        <w:t>Sumber: Data primer/hasil kegiatan, 20XX.</w:t>
      </w:r>
    </w:p>
    <w:p w14:paraId="6A25ACE2" w14:textId="77777777" w:rsidR="000A2D4E" w:rsidRPr="00054F0A" w:rsidRDefault="0003154C">
      <w:pPr>
        <w:pStyle w:val="Subbagian"/>
        <w:rPr>
          <w:color w:val="000000" w:themeColor="text1"/>
          <w:sz w:val="22"/>
        </w:rPr>
      </w:pPr>
      <w:r w:rsidRPr="00054F0A">
        <w:rPr>
          <w:rFonts w:eastAsia="Arial"/>
          <w:color w:val="000000" w:themeColor="text1"/>
          <w:sz w:val="22"/>
        </w:rPr>
        <w:t>Tahap Observasi/Monitoring</w:t>
      </w:r>
    </w:p>
    <w:p w14:paraId="42663F08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[Sajikan hasil pengamatan atau monitoring selama kegiatan. Pembahasan harus menjelaskan makna temuan, bukan hanya mendeskripsikan aktivitas. Bandingkan dengan penelitian atau praktik terdahulu apabila relevan.]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87"/>
      </w:tblGrid>
      <w:tr w:rsidR="005B0D4E" w:rsidRPr="005B0D4E" w14:paraId="22F079EB" w14:textId="77777777">
        <w:trPr>
          <w:trHeight w:hRule="exact" w:val="2721"/>
          <w:jc w:val="center"/>
        </w:trPr>
        <w:tc>
          <w:tcPr>
            <w:tcW w:w="7087" w:type="dxa"/>
            <w:tcBorders>
              <w:top w:val="single" w:sz="8" w:space="0" w:color="C7C7C2"/>
              <w:left w:val="single" w:sz="8" w:space="0" w:color="C7C7C2"/>
              <w:bottom w:val="single" w:sz="8" w:space="0" w:color="C7C7C2"/>
              <w:right w:val="single" w:sz="8" w:space="0" w:color="C7C7C2"/>
            </w:tcBorders>
            <w:shd w:val="clear" w:color="auto" w:fill="F8F8F6"/>
            <w:vAlign w:val="center"/>
          </w:tcPr>
          <w:p w14:paraId="678CE315" w14:textId="77777777" w:rsidR="000A2D4E" w:rsidRPr="005B0D4E" w:rsidRDefault="0003154C">
            <w:pPr>
              <w:jc w:val="center"/>
              <w:rPr>
                <w:color w:val="000000" w:themeColor="text1"/>
              </w:rPr>
            </w:pPr>
            <w:r w:rsidRPr="005B0D4E">
              <w:rPr>
                <w:rFonts w:eastAsia="Arial"/>
                <w:i/>
                <w:color w:val="000000" w:themeColor="text1"/>
                <w:sz w:val="20"/>
              </w:rPr>
              <w:t>[TEMPAT GAMBAR / FOTO / DIAGRAM]</w:t>
            </w:r>
          </w:p>
        </w:tc>
      </w:tr>
    </w:tbl>
    <w:p w14:paraId="7E81E550" w14:textId="77777777" w:rsidR="000A2D4E" w:rsidRPr="00054F0A" w:rsidRDefault="0003154C">
      <w:pPr>
        <w:pStyle w:val="CaptionGambar"/>
        <w:jc w:val="center"/>
        <w:rPr>
          <w:color w:val="000000" w:themeColor="text1"/>
          <w:sz w:val="18"/>
          <w:szCs w:val="18"/>
        </w:rPr>
      </w:pPr>
      <w:r w:rsidRPr="00054F0A">
        <w:rPr>
          <w:rFonts w:eastAsia="Arial"/>
          <w:color w:val="000000" w:themeColor="text1"/>
          <w:sz w:val="18"/>
          <w:szCs w:val="18"/>
        </w:rPr>
        <w:t>Gambar 2. Judul atau keterangan gambar ditulis secara ringkas</w:t>
      </w:r>
    </w:p>
    <w:p w14:paraId="58473010" w14:textId="77777777" w:rsidR="000A2D4E" w:rsidRPr="005B0D4E" w:rsidRDefault="0003154C">
      <w:pPr>
        <w:pStyle w:val="Subbagian"/>
        <w:rPr>
          <w:color w:val="000000" w:themeColor="text1"/>
        </w:rPr>
      </w:pPr>
      <w:r w:rsidRPr="005B0D4E">
        <w:rPr>
          <w:rFonts w:eastAsia="Arial"/>
          <w:color w:val="000000" w:themeColor="text1"/>
        </w:rPr>
        <w:t xml:space="preserve">Tahap </w:t>
      </w:r>
      <w:r w:rsidRPr="00054F0A">
        <w:rPr>
          <w:rFonts w:eastAsia="Arial"/>
          <w:color w:val="000000" w:themeColor="text1"/>
          <w:sz w:val="22"/>
        </w:rPr>
        <w:t>Evaluasi</w:t>
      </w:r>
    </w:p>
    <w:p w14:paraId="3E0BB559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[Uraikan capaian, kendala, respons mitra/masyarakat, dan hasil evaluasi. Jelaskan perubahan yang terjadi, faktor pendukung dan penghambat, serta rekomendasi tindak lanjut. Gunakan data atau bukti yang memadai.]</w:t>
      </w:r>
    </w:p>
    <w:p w14:paraId="6238E182" w14:textId="4B3FDA77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t>KESIMPULAN</w:t>
      </w:r>
      <w:r w:rsidR="00054F0A">
        <w:rPr>
          <w:rFonts w:eastAsia="Arial"/>
          <w:color w:val="000000" w:themeColor="text1"/>
          <w:lang w:val="id-ID"/>
        </w:rPr>
        <w:t xml:space="preserve"> </w:t>
      </w:r>
      <w:r w:rsidR="00054F0A">
        <w:rPr>
          <w:rFonts w:eastAsia="Arial"/>
          <w:color w:val="000000" w:themeColor="text1"/>
          <w:lang w:val="id-ID"/>
        </w:rPr>
        <w:t>(12 pt)</w:t>
      </w:r>
    </w:p>
    <w:p w14:paraId="3B3031B0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[Kesimpulan menjawab tujuan artikel secara langsung. Ringkas hasil utama dan maknanya bagi pengembangan atau kesejahteraan masyarakat. Hindari mengulang seluruh pembahasan dan jangan memasukkan data baru.]</w:t>
      </w:r>
    </w:p>
    <w:p w14:paraId="42EEF146" w14:textId="77777777" w:rsidR="000A2D4E" w:rsidRPr="00054F0A" w:rsidRDefault="0003154C">
      <w:pPr>
        <w:pStyle w:val="IsiArtikel"/>
        <w:ind w:firstLine="567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[Jika diperlukan, tambahkan rekomendasi praktis atau arah kegiatan/penelitian lanjutan dalam paragraf yang sama atau paragraf berikutnya.]</w:t>
      </w:r>
    </w:p>
    <w:p w14:paraId="63AAD714" w14:textId="7BD7EAC1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lastRenderedPageBreak/>
        <w:t>UCAPAN TERIMA KASIH</w:t>
      </w:r>
      <w:r w:rsidR="00054F0A">
        <w:rPr>
          <w:rFonts w:eastAsia="Arial"/>
          <w:color w:val="000000" w:themeColor="text1"/>
          <w:lang w:val="id-ID"/>
        </w:rPr>
        <w:t xml:space="preserve"> </w:t>
      </w:r>
      <w:r w:rsidR="00054F0A">
        <w:rPr>
          <w:rFonts w:eastAsia="Arial"/>
          <w:color w:val="000000" w:themeColor="text1"/>
          <w:lang w:val="id-ID"/>
        </w:rPr>
        <w:t>(12 pt)</w:t>
      </w:r>
    </w:p>
    <w:p w14:paraId="2C0A1380" w14:textId="77777777" w:rsidR="000A2D4E" w:rsidRPr="00054F0A" w:rsidRDefault="0003154C">
      <w:pPr>
        <w:pStyle w:val="IsiArtikel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[Tuliskan penghargaan kepada lembaga, mitra, pendana, pembimbing, atau pihak yang memberikan kontribusi substantif terhadap pelaksanaan kegiatan/penelitian. Bagian ini dapat dihapus jika tidak diperlukan.]</w:t>
      </w:r>
    </w:p>
    <w:p w14:paraId="199AEB4C" w14:textId="083FF7EA" w:rsidR="000A2D4E" w:rsidRPr="00054F0A" w:rsidRDefault="0003154C">
      <w:pPr>
        <w:pStyle w:val="BagianUtama"/>
        <w:rPr>
          <w:color w:val="000000" w:themeColor="text1"/>
          <w:lang w:val="id-ID"/>
        </w:rPr>
      </w:pPr>
      <w:r w:rsidRPr="005B0D4E">
        <w:rPr>
          <w:rFonts w:eastAsia="Arial"/>
          <w:color w:val="000000" w:themeColor="text1"/>
        </w:rPr>
        <w:t>DAFTAR PUSTAKA</w:t>
      </w:r>
      <w:r w:rsidR="00054F0A">
        <w:rPr>
          <w:rFonts w:eastAsia="Arial"/>
          <w:color w:val="000000" w:themeColor="text1"/>
          <w:lang w:val="id-ID"/>
        </w:rPr>
        <w:t xml:space="preserve"> </w:t>
      </w:r>
      <w:r w:rsidR="00054F0A">
        <w:rPr>
          <w:rFonts w:eastAsia="Arial"/>
          <w:color w:val="000000" w:themeColor="text1"/>
          <w:lang w:val="id-ID"/>
        </w:rPr>
        <w:t>(12 pt)</w:t>
      </w:r>
    </w:p>
    <w:p w14:paraId="67417542" w14:textId="77777777" w:rsidR="000A2D4E" w:rsidRPr="00054F0A" w:rsidRDefault="0003154C">
      <w:pPr>
        <w:pStyle w:val="CatatanTemplate"/>
        <w:rPr>
          <w:color w:val="000000" w:themeColor="text1"/>
          <w:sz w:val="20"/>
          <w:szCs w:val="20"/>
        </w:rPr>
      </w:pPr>
      <w:r w:rsidRPr="00054F0A">
        <w:rPr>
          <w:rFonts w:eastAsia="Arial"/>
          <w:color w:val="000000" w:themeColor="text1"/>
          <w:sz w:val="20"/>
          <w:szCs w:val="20"/>
        </w:rPr>
        <w:t>Gunakan APA 7th Edition (author-date). Susun alfabetis dan gunakan hanging indent 1,27 cm. Setiap sumber dalam teks harus tercantum di daftar pustaka dan sebaliknya.</w:t>
      </w:r>
    </w:p>
    <w:p w14:paraId="553C5D16" w14:textId="77777777" w:rsidR="000A2D4E" w:rsidRPr="00054F0A" w:rsidRDefault="0003154C">
      <w:pPr>
        <w:pStyle w:val="DaftarPustaka"/>
        <w:rPr>
          <w:color w:val="000000" w:themeColor="text1"/>
          <w:szCs w:val="20"/>
        </w:rPr>
      </w:pPr>
      <w:r w:rsidRPr="00054F0A">
        <w:rPr>
          <w:rFonts w:eastAsia="Arial"/>
          <w:color w:val="000000" w:themeColor="text1"/>
          <w:szCs w:val="20"/>
        </w:rPr>
        <w:t xml:space="preserve">Author, A. A., &amp; Author, B. B. (20XX). Title of journal article. </w:t>
      </w:r>
      <w:r w:rsidRPr="00054F0A">
        <w:rPr>
          <w:rFonts w:eastAsia="Arial"/>
          <w:i/>
          <w:color w:val="000000" w:themeColor="text1"/>
          <w:szCs w:val="20"/>
        </w:rPr>
        <w:t>Journal Name, 12</w:t>
      </w:r>
      <w:r w:rsidRPr="00054F0A">
        <w:rPr>
          <w:rFonts w:eastAsia="Arial"/>
          <w:color w:val="000000" w:themeColor="text1"/>
          <w:szCs w:val="20"/>
        </w:rPr>
        <w:t>(2), 100-115. https://doi.org/10.xxxx/xxxxx</w:t>
      </w:r>
    </w:p>
    <w:p w14:paraId="07CBF55B" w14:textId="77777777" w:rsidR="000A2D4E" w:rsidRPr="00054F0A" w:rsidRDefault="0003154C">
      <w:pPr>
        <w:pStyle w:val="DaftarPustaka"/>
        <w:rPr>
          <w:color w:val="000000" w:themeColor="text1"/>
          <w:szCs w:val="20"/>
        </w:rPr>
      </w:pPr>
      <w:r w:rsidRPr="00054F0A">
        <w:rPr>
          <w:rFonts w:eastAsia="Arial"/>
          <w:color w:val="000000" w:themeColor="text1"/>
          <w:szCs w:val="20"/>
        </w:rPr>
        <w:t xml:space="preserve">Author, C. C. (20XX). </w:t>
      </w:r>
      <w:r w:rsidRPr="00054F0A">
        <w:rPr>
          <w:rFonts w:eastAsia="Arial"/>
          <w:i/>
          <w:color w:val="000000" w:themeColor="text1"/>
          <w:szCs w:val="20"/>
        </w:rPr>
        <w:t>Title of book</w:t>
      </w:r>
      <w:r w:rsidRPr="00054F0A">
        <w:rPr>
          <w:rFonts w:eastAsia="Arial"/>
          <w:color w:val="000000" w:themeColor="text1"/>
          <w:szCs w:val="20"/>
        </w:rPr>
        <w:t>. Publisher.</w:t>
      </w:r>
    </w:p>
    <w:p w14:paraId="369047CD" w14:textId="77777777" w:rsidR="000A2D4E" w:rsidRPr="00054F0A" w:rsidRDefault="0003154C">
      <w:pPr>
        <w:pStyle w:val="DaftarPustaka"/>
        <w:rPr>
          <w:color w:val="000000" w:themeColor="text1"/>
          <w:szCs w:val="20"/>
        </w:rPr>
      </w:pPr>
      <w:r w:rsidRPr="00054F0A">
        <w:rPr>
          <w:rFonts w:eastAsia="Arial"/>
          <w:color w:val="000000" w:themeColor="text1"/>
          <w:szCs w:val="20"/>
        </w:rPr>
        <w:t xml:space="preserve">Organization Name. (20XX). </w:t>
      </w:r>
      <w:r w:rsidRPr="00054F0A">
        <w:rPr>
          <w:rFonts w:eastAsia="Arial"/>
          <w:i/>
          <w:color w:val="000000" w:themeColor="text1"/>
          <w:szCs w:val="20"/>
        </w:rPr>
        <w:t>Title of report</w:t>
      </w:r>
      <w:r w:rsidRPr="00054F0A">
        <w:rPr>
          <w:rFonts w:eastAsia="Arial"/>
          <w:color w:val="000000" w:themeColor="text1"/>
          <w:szCs w:val="20"/>
        </w:rPr>
        <w:t>. Publisher/Institution. URL</w:t>
      </w:r>
    </w:p>
    <w:p w14:paraId="581F4F99" w14:textId="77777777" w:rsidR="000A2D4E" w:rsidRPr="00054F0A" w:rsidRDefault="0003154C">
      <w:pPr>
        <w:pStyle w:val="DaftarPustaka"/>
        <w:rPr>
          <w:color w:val="000000" w:themeColor="text1"/>
          <w:szCs w:val="20"/>
        </w:rPr>
      </w:pPr>
      <w:r w:rsidRPr="00054F0A">
        <w:rPr>
          <w:rFonts w:eastAsia="Arial"/>
          <w:color w:val="000000" w:themeColor="text1"/>
          <w:szCs w:val="20"/>
        </w:rPr>
        <w:t xml:space="preserve">Author, D. D. (20XX). Title of chapter. In E. E. Editor (Ed.), </w:t>
      </w:r>
      <w:r w:rsidRPr="00054F0A">
        <w:rPr>
          <w:rFonts w:eastAsia="Arial"/>
          <w:i/>
          <w:color w:val="000000" w:themeColor="text1"/>
          <w:szCs w:val="20"/>
        </w:rPr>
        <w:t>Title of edited book</w:t>
      </w:r>
      <w:r w:rsidRPr="00054F0A">
        <w:rPr>
          <w:rFonts w:eastAsia="Arial"/>
          <w:color w:val="000000" w:themeColor="text1"/>
          <w:szCs w:val="20"/>
        </w:rPr>
        <w:t xml:space="preserve"> (pp. 00-00). Publisher. https://doi.org/10.xxxx/xxxxx</w:t>
      </w:r>
    </w:p>
    <w:p w14:paraId="08B32EB3" w14:textId="7631BD99" w:rsidR="000A2D4E" w:rsidRPr="005B0D4E" w:rsidRDefault="000A2D4E">
      <w:pPr>
        <w:pStyle w:val="CatatanTemplate"/>
        <w:jc w:val="center"/>
        <w:rPr>
          <w:color w:val="000000" w:themeColor="text1"/>
        </w:rPr>
      </w:pPr>
    </w:p>
    <w:sectPr w:rsidR="000A2D4E" w:rsidRPr="005B0D4E" w:rsidSect="00034616">
      <w:headerReference w:type="default" r:id="rId9"/>
      <w:footerReference w:type="default" r:id="rId10"/>
      <w:pgSz w:w="11906" w:h="16838"/>
      <w:pgMar w:top="1247" w:right="1361" w:bottom="1020" w:left="1361" w:header="397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E9E4D6" w14:textId="77777777" w:rsidR="004258BD" w:rsidRDefault="004258BD">
      <w:pPr>
        <w:spacing w:line="240" w:lineRule="auto"/>
      </w:pPr>
      <w:r>
        <w:separator/>
      </w:r>
    </w:p>
  </w:endnote>
  <w:endnote w:type="continuationSeparator" w:id="0">
    <w:p w14:paraId="2D37074F" w14:textId="77777777" w:rsidR="004258BD" w:rsidRDefault="004258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BF2EF" w14:textId="77777777" w:rsidR="000A2D4E" w:rsidRDefault="000A2D4E">
    <w:pPr>
      <w:pStyle w:val="Footer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4592"/>
      <w:gridCol w:w="4592"/>
    </w:tblGrid>
    <w:tr w:rsidR="000A2D4E" w14:paraId="1C682B54" w14:textId="77777777">
      <w:trPr>
        <w:jc w:val="center"/>
      </w:trPr>
      <w:tc>
        <w:tcPr>
          <w:tcW w:w="4592" w:type="dxa"/>
          <w:tcBorders>
            <w:top w:val="nil"/>
            <w:left w:val="nil"/>
            <w:bottom w:val="nil"/>
            <w:right w:val="nil"/>
          </w:tcBorders>
        </w:tcPr>
        <w:p w14:paraId="089380D0" w14:textId="77777777" w:rsidR="000A2D4E" w:rsidRDefault="0003154C">
          <w:r>
            <w:rPr>
              <w:rFonts w:eastAsia="Arial"/>
              <w:color w:val="0000EE"/>
              <w:sz w:val="16"/>
              <w:u w:val="single"/>
            </w:rPr>
            <w:t>[URL JURNAL - diisi oleh editor]</w:t>
          </w:r>
        </w:p>
      </w:tc>
      <w:tc>
        <w:tcPr>
          <w:tcW w:w="4592" w:type="dxa"/>
          <w:tcBorders>
            <w:top w:val="nil"/>
            <w:left w:val="nil"/>
            <w:bottom w:val="nil"/>
            <w:right w:val="nil"/>
          </w:tcBorders>
        </w:tcPr>
        <w:p w14:paraId="1DC151B4" w14:textId="77777777" w:rsidR="000A2D4E" w:rsidRDefault="0003154C">
          <w:pPr>
            <w:jc w:val="right"/>
          </w:pPr>
          <w:r>
            <w:rPr>
              <w:rFonts w:eastAsia="Arial"/>
              <w:color w:val="7B8987"/>
              <w:sz w:val="17"/>
            </w:rPr>
            <w:fldChar w:fldCharType="begin"/>
          </w:r>
          <w:r>
            <w:rPr>
              <w:rFonts w:eastAsia="Arial"/>
              <w:color w:val="7B8987"/>
              <w:sz w:val="17"/>
            </w:rPr>
            <w:instrText xml:space="preserve"> PAGE </w:instrText>
          </w:r>
          <w:r>
            <w:rPr>
              <w:rFonts w:eastAsia="Arial"/>
              <w:color w:val="7B8987"/>
              <w:sz w:val="17"/>
            </w:rPr>
            <w:fldChar w:fldCharType="separate"/>
          </w:r>
          <w:r w:rsidR="005B0D4E">
            <w:rPr>
              <w:rFonts w:eastAsia="Arial"/>
              <w:noProof/>
              <w:color w:val="7B8987"/>
              <w:sz w:val="17"/>
            </w:rPr>
            <w:t>1</w:t>
          </w:r>
          <w:r>
            <w:rPr>
              <w:rFonts w:eastAsia="Arial"/>
              <w:color w:val="7B8987"/>
              <w:sz w:val="17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CB01C" w14:textId="77777777" w:rsidR="004258BD" w:rsidRDefault="004258BD">
      <w:pPr>
        <w:spacing w:line="240" w:lineRule="auto"/>
      </w:pPr>
      <w:r>
        <w:separator/>
      </w:r>
    </w:p>
  </w:footnote>
  <w:footnote w:type="continuationSeparator" w:id="0">
    <w:p w14:paraId="6828207B" w14:textId="77777777" w:rsidR="004258BD" w:rsidRDefault="004258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28BC6" w14:textId="77777777" w:rsidR="000A2D4E" w:rsidRDefault="000A2D4E">
    <w:pPr>
      <w:pStyle w:val="Header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4592"/>
      <w:gridCol w:w="4592"/>
    </w:tblGrid>
    <w:tr w:rsidR="000A2D4E" w14:paraId="32A44849" w14:textId="77777777">
      <w:trPr>
        <w:jc w:val="center"/>
      </w:trPr>
      <w:tc>
        <w:tcPr>
          <w:tcW w:w="4592" w:type="dxa"/>
          <w:tcBorders>
            <w:top w:val="nil"/>
            <w:left w:val="nil"/>
            <w:bottom w:val="nil"/>
            <w:right w:val="nil"/>
          </w:tcBorders>
        </w:tcPr>
        <w:p w14:paraId="1948E6CD" w14:textId="77777777" w:rsidR="000A2D4E" w:rsidRDefault="0003154C">
          <w:r>
            <w:rPr>
              <w:rFonts w:eastAsia="Arial"/>
              <w:b/>
              <w:color w:val="788785"/>
              <w:sz w:val="18"/>
            </w:rPr>
            <w:t>Jurnal Pengembangan dan Kesejahteraan Masyarakat</w:t>
          </w:r>
        </w:p>
      </w:tc>
      <w:tc>
        <w:tcPr>
          <w:tcW w:w="4592" w:type="dxa"/>
          <w:tcBorders>
            <w:top w:val="nil"/>
            <w:left w:val="nil"/>
            <w:bottom w:val="nil"/>
            <w:right w:val="nil"/>
          </w:tcBorders>
        </w:tcPr>
        <w:p w14:paraId="1CCAFEF9" w14:textId="77777777" w:rsidR="000A2D4E" w:rsidRDefault="0003154C">
          <w:pPr>
            <w:jc w:val="right"/>
          </w:pPr>
          <w:r>
            <w:rPr>
              <w:rFonts w:eastAsia="Arial"/>
              <w:color w:val="65463B"/>
              <w:sz w:val="18"/>
            </w:rPr>
            <w:t>Vol. X, No. X, Bulan 20XX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154C"/>
    <w:rsid w:val="00034616"/>
    <w:rsid w:val="00054F0A"/>
    <w:rsid w:val="0006063C"/>
    <w:rsid w:val="000A2D4E"/>
    <w:rsid w:val="0015074B"/>
    <w:rsid w:val="0029639D"/>
    <w:rsid w:val="00326F90"/>
    <w:rsid w:val="004258BD"/>
    <w:rsid w:val="005B0D4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DDC3FE"/>
  <w14:defaultImageDpi w14:val="300"/>
  <w15:docId w15:val="{B4BD16BD-7C7E-49A5-B2A1-FD092413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siArtikel">
    <w:name w:val="Isi Artikel"/>
    <w:pPr>
      <w:spacing w:after="120" w:line="259" w:lineRule="auto"/>
      <w:jc w:val="both"/>
    </w:pPr>
    <w:rPr>
      <w:rFonts w:ascii="Arial" w:hAnsi="Arial"/>
      <w:sz w:val="21"/>
    </w:rPr>
  </w:style>
  <w:style w:type="paragraph" w:customStyle="1" w:styleId="BagianUtama">
    <w:name w:val="Bagian Utama"/>
    <w:pPr>
      <w:keepNext/>
      <w:spacing w:before="220" w:after="120"/>
    </w:pPr>
    <w:rPr>
      <w:rFonts w:ascii="Arial" w:hAnsi="Arial"/>
      <w:b/>
      <w:sz w:val="24"/>
    </w:rPr>
  </w:style>
  <w:style w:type="paragraph" w:customStyle="1" w:styleId="Subbagian">
    <w:name w:val="Subbagian"/>
    <w:pPr>
      <w:keepNext/>
      <w:spacing w:before="140" w:after="80"/>
    </w:pPr>
    <w:rPr>
      <w:rFonts w:ascii="Arial" w:hAnsi="Arial"/>
      <w:b/>
      <w:sz w:val="21"/>
    </w:rPr>
  </w:style>
  <w:style w:type="paragraph" w:customStyle="1" w:styleId="CaptionGambar">
    <w:name w:val="Caption Gambar"/>
    <w:pPr>
      <w:keepNext/>
      <w:spacing w:before="60" w:after="140"/>
    </w:pPr>
    <w:rPr>
      <w:rFonts w:ascii="Arial" w:hAnsi="Arial"/>
      <w:i/>
      <w:sz w:val="19"/>
    </w:rPr>
  </w:style>
  <w:style w:type="paragraph" w:customStyle="1" w:styleId="DaftarPustaka">
    <w:name w:val="Daftar Pustaka"/>
    <w:pPr>
      <w:spacing w:after="80" w:line="240" w:lineRule="auto"/>
      <w:ind w:left="720" w:hanging="720"/>
    </w:pPr>
    <w:rPr>
      <w:rFonts w:ascii="Arial" w:hAnsi="Arial"/>
      <w:sz w:val="20"/>
    </w:rPr>
  </w:style>
  <w:style w:type="paragraph" w:customStyle="1" w:styleId="CatatanTemplate">
    <w:name w:val="Catatan Template"/>
    <w:pPr>
      <w:spacing w:after="100"/>
    </w:pPr>
    <w:rPr>
      <w:rFonts w:ascii="Arial" w:hAnsi="Arial"/>
      <w:i/>
      <w:color w:val="777777"/>
      <w:sz w:val="18"/>
    </w:rPr>
  </w:style>
  <w:style w:type="character" w:styleId="Hyperlink">
    <w:name w:val="Hyperlink"/>
    <w:basedOn w:val="DefaultParagraphFont"/>
    <w:uiPriority w:val="99"/>
    <w:unhideWhenUsed/>
    <w:rsid w:val="00054F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responding.author@email.ac.i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0725B2-7D2F-4991-9532-CE8D4DA0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Jurnal Pengembangan dan Kesejahteraan Masyarakat</dc:title>
  <dc:subject>Template artikel ilmiah - Badrion Press</dc:subject>
  <dc:creator>Badrion Press</dc:creator>
  <cp:keywords>template jurnal, pengembangan masyarakat, kesejahteraan masyarakat, APA 7</cp:keywords>
  <dc:description>generated by python-docx</dc:description>
  <cp:lastModifiedBy>sintiapermata10@gmail.com</cp:lastModifiedBy>
  <cp:revision>3</cp:revision>
  <dcterms:created xsi:type="dcterms:W3CDTF">2013-12-23T23:15:00Z</dcterms:created>
  <dcterms:modified xsi:type="dcterms:W3CDTF">2026-08-20T06:41:00Z</dcterms:modified>
  <cp:category/>
</cp:coreProperties>
</file>