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860"/>
        <w:gridCol w:w="4933"/>
      </w:tblGrid>
      <w:tr w:rsidR="00B02CC4" w:rsidRPr="00B02CC4" w14:paraId="2BBF06E9" w14:textId="77777777" w:rsidTr="003D595D">
        <w:trPr>
          <w:jc w:val="center"/>
        </w:trPr>
        <w:tc>
          <w:tcPr>
            <w:tcW w:w="4860" w:type="dxa"/>
            <w:tcBorders>
              <w:top w:val="single" w:sz="18" w:space="0" w:color="284257"/>
            </w:tcBorders>
            <w:tcMar>
              <w:top w:w="70" w:type="dxa"/>
              <w:left w:w="70" w:type="dxa"/>
              <w:bottom w:w="60" w:type="dxa"/>
              <w:right w:w="70" w:type="dxa"/>
            </w:tcMar>
          </w:tcPr>
          <w:p w14:paraId="58BA6842" w14:textId="6E1A54F0" w:rsidR="006C0366" w:rsidRPr="003D595D" w:rsidRDefault="006C0366" w:rsidP="006C0366">
            <w:pPr>
              <w:rPr>
                <w:color w:val="808080" w:themeColor="background1" w:themeShade="80"/>
                <w:lang w:val="id-ID"/>
              </w:rPr>
            </w:pPr>
            <w:r w:rsidRPr="003D595D">
              <w:rPr>
                <w:b/>
                <w:color w:val="808080" w:themeColor="background1" w:themeShade="80"/>
                <w:sz w:val="18"/>
              </w:rPr>
              <w:t xml:space="preserve">ISSN XXXX-XXXX  |  </w:t>
            </w:r>
            <w:r w:rsidR="004A5557" w:rsidRPr="003D595D">
              <w:rPr>
                <w:b/>
                <w:color w:val="808080" w:themeColor="background1" w:themeShade="80"/>
                <w:sz w:val="18"/>
                <w:lang w:val="id-ID"/>
              </w:rPr>
              <w:t>J</w:t>
            </w:r>
            <w:r w:rsidR="003D595D">
              <w:rPr>
                <w:b/>
                <w:color w:val="808080" w:themeColor="background1" w:themeShade="80"/>
                <w:sz w:val="18"/>
                <w:lang w:val="id-ID"/>
              </w:rPr>
              <w:t>SSEV</w:t>
            </w:r>
          </w:p>
        </w:tc>
        <w:tc>
          <w:tcPr>
            <w:tcW w:w="4933" w:type="dxa"/>
            <w:tcBorders>
              <w:top w:val="single" w:sz="18" w:space="0" w:color="284257"/>
            </w:tcBorders>
            <w:tcMar>
              <w:top w:w="70" w:type="dxa"/>
              <w:left w:w="70" w:type="dxa"/>
              <w:bottom w:w="60" w:type="dxa"/>
              <w:right w:w="70" w:type="dxa"/>
            </w:tcMar>
          </w:tcPr>
          <w:p w14:paraId="7A99E9F6" w14:textId="3545AD2D" w:rsidR="006C0366" w:rsidRPr="003D595D" w:rsidRDefault="004A5557" w:rsidP="006C0366">
            <w:pPr>
              <w:jc w:val="right"/>
              <w:rPr>
                <w:color w:val="808080" w:themeColor="background1" w:themeShade="80"/>
              </w:rPr>
            </w:pPr>
            <w:r w:rsidRPr="003D595D">
              <w:rPr>
                <w:b/>
                <w:i/>
                <w:color w:val="808080" w:themeColor="background1" w:themeShade="80"/>
                <w:sz w:val="20"/>
              </w:rPr>
              <w:t>Journal of</w:t>
            </w:r>
            <w:r w:rsidR="00DC01A2" w:rsidRPr="003D595D">
              <w:rPr>
                <w:b/>
                <w:i/>
                <w:color w:val="808080" w:themeColor="background1" w:themeShade="80"/>
                <w:sz w:val="20"/>
                <w:lang w:val="id-ID"/>
              </w:rPr>
              <w:t xml:space="preserve"> </w:t>
            </w:r>
            <w:r w:rsidR="000D7C3F" w:rsidRPr="003D595D">
              <w:rPr>
                <w:b/>
                <w:i/>
                <w:color w:val="808080" w:themeColor="background1" w:themeShade="80"/>
                <w:sz w:val="20"/>
                <w:lang w:val="id-ID"/>
              </w:rPr>
              <w:t>S</w:t>
            </w:r>
            <w:r w:rsidR="00A064F2" w:rsidRPr="003D595D">
              <w:rPr>
                <w:b/>
                <w:i/>
                <w:color w:val="808080" w:themeColor="background1" w:themeShade="80"/>
                <w:sz w:val="20"/>
                <w:lang w:val="id-ID"/>
              </w:rPr>
              <w:t xml:space="preserve">ustainable </w:t>
            </w:r>
            <w:r w:rsidR="003D595D">
              <w:rPr>
                <w:b/>
                <w:i/>
                <w:color w:val="808080" w:themeColor="background1" w:themeShade="80"/>
                <w:sz w:val="20"/>
                <w:lang w:val="id-ID"/>
              </w:rPr>
              <w:t>Enterprise and Economic Value</w:t>
            </w:r>
            <w:r w:rsidRPr="003D595D">
              <w:rPr>
                <w:b/>
                <w:i/>
                <w:color w:val="808080" w:themeColor="background1" w:themeShade="80"/>
                <w:sz w:val="20"/>
                <w:lang w:val="id-ID"/>
              </w:rPr>
              <w:t xml:space="preserve"> </w:t>
            </w:r>
          </w:p>
          <w:p w14:paraId="3338F941" w14:textId="7DB1814B" w:rsidR="006C0366" w:rsidRPr="003D595D" w:rsidRDefault="006C0366" w:rsidP="006C0366">
            <w:pPr>
              <w:spacing w:line="240" w:lineRule="auto"/>
              <w:jc w:val="right"/>
              <w:rPr>
                <w:color w:val="808080" w:themeColor="background1" w:themeShade="80"/>
              </w:rPr>
            </w:pPr>
            <w:r w:rsidRPr="003D595D">
              <w:rPr>
                <w:color w:val="808080" w:themeColor="background1" w:themeShade="80"/>
                <w:sz w:val="17"/>
              </w:rPr>
              <w:t>Vol. X, No. X, 20XX, pp. XX–XX</w:t>
            </w:r>
          </w:p>
        </w:tc>
      </w:tr>
    </w:tbl>
    <w:p w14:paraId="35F81B8F" w14:textId="77777777" w:rsidR="00D34B51" w:rsidRPr="006C0366" w:rsidRDefault="00D34B51">
      <w:pPr>
        <w:spacing w:after="20"/>
        <w:rPr>
          <w:color w:val="000000" w:themeColor="text1"/>
        </w:rPr>
      </w:pPr>
    </w:p>
    <w:p w14:paraId="0A460E8D" w14:textId="181FAFE4" w:rsidR="00D34B51" w:rsidRPr="00512CFD" w:rsidRDefault="006365C4">
      <w:pPr>
        <w:pStyle w:val="PaperTitle"/>
        <w:jc w:val="center"/>
        <w:rPr>
          <w:color w:val="000000" w:themeColor="text1"/>
          <w:lang w:val="id-ID"/>
        </w:rPr>
      </w:pPr>
      <w:r w:rsidRPr="006C0366">
        <w:rPr>
          <w:color w:val="000000" w:themeColor="text1"/>
        </w:rPr>
        <w:t>[ARTICLE TITLE]</w:t>
      </w:r>
      <w:r w:rsidR="00512CFD">
        <w:rPr>
          <w:color w:val="000000" w:themeColor="text1"/>
          <w:lang w:val="id-ID"/>
        </w:rPr>
        <w:t>(Center, Bold, 17 pt)</w:t>
      </w:r>
    </w:p>
    <w:tbl>
      <w:tblPr>
        <w:tblW w:w="0" w:type="auto"/>
        <w:jc w:val="center"/>
        <w:tblBorders>
          <w:left w:val="single" w:sz="4" w:space="0" w:color="auto"/>
        </w:tblBorders>
        <w:shd w:val="clear" w:color="auto" w:fill="F2F2F2" w:themeFill="background1" w:themeFillShade="F2"/>
        <w:tblLayout w:type="fixed"/>
        <w:tblLook w:val="04A0" w:firstRow="1" w:lastRow="0" w:firstColumn="1" w:lastColumn="0" w:noHBand="0" w:noVBand="1"/>
      </w:tblPr>
      <w:tblGrid>
        <w:gridCol w:w="9866"/>
      </w:tblGrid>
      <w:tr w:rsidR="006C0366" w:rsidRPr="006C0366" w14:paraId="210D073E" w14:textId="77777777" w:rsidTr="003D595D">
        <w:trPr>
          <w:jc w:val="center"/>
        </w:trPr>
        <w:tc>
          <w:tcPr>
            <w:tcW w:w="9866" w:type="dxa"/>
            <w:tcBorders>
              <w:left w:val="single" w:sz="12" w:space="0" w:color="auto"/>
            </w:tcBorders>
            <w:shd w:val="clear" w:color="auto" w:fill="F2F2F2" w:themeFill="background1" w:themeFillShade="F2"/>
            <w:tcMar>
              <w:top w:w="70" w:type="dxa"/>
              <w:left w:w="110" w:type="dxa"/>
              <w:bottom w:w="70" w:type="dxa"/>
              <w:right w:w="110" w:type="dxa"/>
            </w:tcMar>
          </w:tcPr>
          <w:p w14:paraId="3CA8E348" w14:textId="04086827" w:rsidR="00D34B51" w:rsidRPr="00512CFD" w:rsidRDefault="006365C4">
            <w:pPr>
              <w:pStyle w:val="PaperAuthor"/>
              <w:rPr>
                <w:color w:val="000000" w:themeColor="text1"/>
                <w:sz w:val="22"/>
                <w:lang w:val="id-ID"/>
              </w:rPr>
            </w:pPr>
            <w:r w:rsidRPr="00512CFD">
              <w:rPr>
                <w:color w:val="000000" w:themeColor="text1"/>
                <w:sz w:val="22"/>
              </w:rPr>
              <w:t>¹First Author, ²Second Author, ³Third Author</w:t>
            </w:r>
            <w:r w:rsidR="00512CFD">
              <w:rPr>
                <w:color w:val="000000" w:themeColor="text1"/>
                <w:sz w:val="22"/>
                <w:lang w:val="id-ID"/>
              </w:rPr>
              <w:t xml:space="preserve"> (11 pt)</w:t>
            </w:r>
          </w:p>
          <w:p w14:paraId="36241381" w14:textId="776C4058" w:rsidR="00D34B51" w:rsidRPr="00512CFD" w:rsidRDefault="006365C4">
            <w:pPr>
              <w:pStyle w:val="PaperAffiliation"/>
              <w:rPr>
                <w:color w:val="000000" w:themeColor="text1"/>
                <w:sz w:val="18"/>
                <w:szCs w:val="18"/>
                <w:lang w:val="id-ID"/>
              </w:rPr>
            </w:pPr>
            <w:r w:rsidRPr="00512CFD">
              <w:rPr>
                <w:color w:val="000000" w:themeColor="text1"/>
                <w:sz w:val="18"/>
                <w:szCs w:val="18"/>
              </w:rPr>
              <w:t>¹Affiliation, City, Country; ²Affiliation, City, Country; ³Affiliation, City, Country</w:t>
            </w:r>
            <w:r w:rsidR="00512CFD">
              <w:rPr>
                <w:color w:val="000000" w:themeColor="text1"/>
                <w:sz w:val="18"/>
                <w:szCs w:val="18"/>
                <w:lang w:val="id-ID"/>
              </w:rPr>
              <w:t xml:space="preserve"> (9 pt)</w:t>
            </w:r>
          </w:p>
        </w:tc>
      </w:tr>
    </w:tbl>
    <w:p w14:paraId="0BDBA507" w14:textId="77777777" w:rsidR="00D34B51" w:rsidRPr="006C0366" w:rsidRDefault="00D34B51">
      <w:pPr>
        <w:pBdr>
          <w:bottom w:val="single" w:sz="5" w:space="2" w:color="8A949C"/>
        </w:pBdr>
        <w:spacing w:after="40"/>
        <w:rPr>
          <w:color w:val="000000" w:themeColor="text1"/>
        </w:rPr>
      </w:pPr>
    </w:p>
    <w:tbl>
      <w:tblPr>
        <w:tblW w:w="0" w:type="auto"/>
        <w:jc w:val="center"/>
        <w:tblLayout w:type="fixed"/>
        <w:tblLook w:val="04A0" w:firstRow="1" w:lastRow="0" w:firstColumn="1" w:lastColumn="0" w:noHBand="0" w:noVBand="1"/>
      </w:tblPr>
      <w:tblGrid>
        <w:gridCol w:w="2970"/>
        <w:gridCol w:w="6896"/>
      </w:tblGrid>
      <w:tr w:rsidR="006C0366" w:rsidRPr="006C0366" w14:paraId="35F96814" w14:textId="77777777" w:rsidTr="003D595D">
        <w:trPr>
          <w:jc w:val="center"/>
        </w:trPr>
        <w:tc>
          <w:tcPr>
            <w:tcW w:w="2970" w:type="dxa"/>
            <w:shd w:val="clear" w:color="auto" w:fill="F2F2F2" w:themeFill="background1" w:themeFillShade="F2"/>
            <w:tcMar>
              <w:top w:w="100" w:type="dxa"/>
              <w:left w:w="110" w:type="dxa"/>
              <w:bottom w:w="90" w:type="dxa"/>
              <w:right w:w="130" w:type="dxa"/>
            </w:tcMar>
          </w:tcPr>
          <w:p w14:paraId="0456A64F" w14:textId="77777777" w:rsidR="00D34B51" w:rsidRPr="003D595D" w:rsidRDefault="006365C4">
            <w:pPr>
              <w:pStyle w:val="MetaLabel"/>
              <w:rPr>
                <w:color w:val="D9D9D9" w:themeColor="background1" w:themeShade="D9"/>
              </w:rPr>
            </w:pPr>
            <w:r w:rsidRPr="006C0366">
              <w:rPr>
                <w:color w:val="000000" w:themeColor="text1"/>
                <w:sz w:val="20"/>
              </w:rPr>
              <w:t>ARTICLE INFO</w:t>
            </w:r>
          </w:p>
          <w:p w14:paraId="0B36D0FC" w14:textId="77777777" w:rsidR="00D34B51" w:rsidRPr="006C0366" w:rsidRDefault="006365C4">
            <w:pPr>
              <w:pStyle w:val="MetaLabel"/>
              <w:rPr>
                <w:color w:val="000000" w:themeColor="text1"/>
              </w:rPr>
            </w:pPr>
            <w:r w:rsidRPr="006C0366">
              <w:rPr>
                <w:i/>
                <w:color w:val="000000" w:themeColor="text1"/>
                <w:sz w:val="18"/>
              </w:rPr>
              <w:t>Article history</w:t>
            </w:r>
          </w:p>
          <w:p w14:paraId="50FC146F" w14:textId="77777777" w:rsidR="00D34B51" w:rsidRPr="006C0366" w:rsidRDefault="006365C4">
            <w:pPr>
              <w:pStyle w:val="MetaText"/>
              <w:rPr>
                <w:color w:val="000000" w:themeColor="text1"/>
              </w:rPr>
            </w:pPr>
            <w:r w:rsidRPr="006C0366">
              <w:rPr>
                <w:color w:val="000000" w:themeColor="text1"/>
              </w:rPr>
              <w:t>Received: [Month, Year]</w:t>
            </w:r>
          </w:p>
          <w:p w14:paraId="71A8CBB3" w14:textId="77777777" w:rsidR="00D34B51" w:rsidRPr="006C0366" w:rsidRDefault="006365C4">
            <w:pPr>
              <w:pStyle w:val="MetaText"/>
              <w:rPr>
                <w:color w:val="000000" w:themeColor="text1"/>
              </w:rPr>
            </w:pPr>
            <w:r w:rsidRPr="006C0366">
              <w:rPr>
                <w:color w:val="000000" w:themeColor="text1"/>
              </w:rPr>
              <w:t>Revised: [Month, Year]</w:t>
            </w:r>
          </w:p>
          <w:p w14:paraId="739B8903" w14:textId="77777777" w:rsidR="00D34B51" w:rsidRPr="006C0366" w:rsidRDefault="006365C4">
            <w:pPr>
              <w:pStyle w:val="MetaText"/>
              <w:rPr>
                <w:color w:val="000000" w:themeColor="text1"/>
              </w:rPr>
            </w:pPr>
            <w:r w:rsidRPr="006C0366">
              <w:rPr>
                <w:color w:val="000000" w:themeColor="text1"/>
              </w:rPr>
              <w:t>Accepted: [Month, Year]</w:t>
            </w:r>
          </w:p>
          <w:p w14:paraId="30E42304" w14:textId="77777777" w:rsidR="00D34B51" w:rsidRPr="006C0366" w:rsidRDefault="006365C4">
            <w:pPr>
              <w:pStyle w:val="MetaText"/>
              <w:rPr>
                <w:color w:val="000000" w:themeColor="text1"/>
              </w:rPr>
            </w:pPr>
            <w:r w:rsidRPr="006C0366">
              <w:rPr>
                <w:color w:val="000000" w:themeColor="text1"/>
              </w:rPr>
              <w:t>Available Online: [Date]</w:t>
            </w:r>
          </w:p>
          <w:p w14:paraId="3B200BB9" w14:textId="77777777" w:rsidR="00D34B51" w:rsidRPr="006C0366" w:rsidRDefault="00D34B51" w:rsidP="00A81A5A">
            <w:pPr>
              <w:spacing w:after="60"/>
              <w:jc w:val="right"/>
              <w:rPr>
                <w:color w:val="000000" w:themeColor="text1"/>
              </w:rPr>
            </w:pPr>
          </w:p>
          <w:p w14:paraId="576E85AF" w14:textId="77777777" w:rsidR="00D34B51" w:rsidRPr="006C0366" w:rsidRDefault="006365C4">
            <w:pPr>
              <w:pStyle w:val="MetaLabel"/>
              <w:rPr>
                <w:color w:val="000000" w:themeColor="text1"/>
              </w:rPr>
            </w:pPr>
            <w:r w:rsidRPr="00A63405">
              <w:rPr>
                <w:i/>
                <w:iCs/>
                <w:color w:val="000000" w:themeColor="text1"/>
              </w:rPr>
              <w:t>Keywords</w:t>
            </w:r>
          </w:p>
          <w:p w14:paraId="460B5D5F" w14:textId="77777777" w:rsidR="00D34B51" w:rsidRPr="006C0366" w:rsidRDefault="006365C4">
            <w:pPr>
              <w:pStyle w:val="MetaText"/>
              <w:rPr>
                <w:color w:val="000000" w:themeColor="text1"/>
              </w:rPr>
            </w:pPr>
            <w:r w:rsidRPr="006C0366">
              <w:rPr>
                <w:color w:val="000000" w:themeColor="text1"/>
              </w:rPr>
              <w:t>[Keyword 1]; [Keyword 2]; [Keyword 3]; [Keyword 4]; [Keyword 5]</w:t>
            </w:r>
          </w:p>
          <w:p w14:paraId="3D09D456" w14:textId="77777777" w:rsidR="00D34B51" w:rsidRPr="006C0366" w:rsidRDefault="00D34B51">
            <w:pPr>
              <w:spacing w:after="60"/>
              <w:rPr>
                <w:color w:val="000000" w:themeColor="text1"/>
              </w:rPr>
            </w:pPr>
          </w:p>
          <w:p w14:paraId="3D23C461" w14:textId="77777777" w:rsidR="00D34B51" w:rsidRPr="006C0366" w:rsidRDefault="006365C4">
            <w:pPr>
              <w:pStyle w:val="MetaLabel"/>
              <w:rPr>
                <w:color w:val="000000" w:themeColor="text1"/>
              </w:rPr>
            </w:pPr>
            <w:r w:rsidRPr="00A63405">
              <w:rPr>
                <w:i/>
                <w:iCs/>
                <w:color w:val="000000" w:themeColor="text1"/>
              </w:rPr>
              <w:t>DOI</w:t>
            </w:r>
          </w:p>
          <w:p w14:paraId="6CE5E32E" w14:textId="7E68F9E1" w:rsidR="00D34B51" w:rsidRDefault="001F5489">
            <w:pPr>
              <w:pStyle w:val="MetaText"/>
              <w:rPr>
                <w:color w:val="000000" w:themeColor="text1"/>
              </w:rPr>
            </w:pPr>
            <w:hyperlink r:id="rId8" w:history="1">
              <w:r w:rsidR="00A63405" w:rsidRPr="004879B9">
                <w:rPr>
                  <w:rStyle w:val="Hyperlink"/>
                </w:rPr>
                <w:t>https://doi.org/[DOI</w:t>
              </w:r>
            </w:hyperlink>
            <w:r w:rsidR="006365C4" w:rsidRPr="006C0366">
              <w:rPr>
                <w:color w:val="000000" w:themeColor="text1"/>
              </w:rPr>
              <w:t>]</w:t>
            </w:r>
          </w:p>
          <w:p w14:paraId="463A0190" w14:textId="77777777" w:rsidR="00A63405" w:rsidRDefault="00A63405">
            <w:pPr>
              <w:pStyle w:val="MetaText"/>
              <w:rPr>
                <w:color w:val="000000" w:themeColor="text1"/>
              </w:rPr>
            </w:pPr>
          </w:p>
          <w:p w14:paraId="58D9F6A9" w14:textId="77777777" w:rsidR="00A63405" w:rsidRPr="00A63405" w:rsidRDefault="00A63405">
            <w:pPr>
              <w:pStyle w:val="MetaText"/>
              <w:rPr>
                <w:b/>
                <w:bCs/>
                <w:color w:val="000000" w:themeColor="text1"/>
              </w:rPr>
            </w:pPr>
            <w:r w:rsidRPr="00A63405">
              <w:rPr>
                <w:b/>
                <w:bCs/>
                <w:i/>
                <w:iCs/>
                <w:color w:val="000000" w:themeColor="text1"/>
              </w:rPr>
              <w:t>Corresponding</w:t>
            </w:r>
            <w:r w:rsidRPr="00A63405">
              <w:rPr>
                <w:b/>
                <w:bCs/>
                <w:color w:val="000000" w:themeColor="text1"/>
              </w:rPr>
              <w:t xml:space="preserve"> Author: </w:t>
            </w:r>
          </w:p>
          <w:p w14:paraId="5BCF5E0B" w14:textId="77777777" w:rsidR="00A63405" w:rsidRDefault="00A63405">
            <w:pPr>
              <w:pStyle w:val="MetaText"/>
              <w:rPr>
                <w:color w:val="000000" w:themeColor="text1"/>
              </w:rPr>
            </w:pPr>
          </w:p>
          <w:p w14:paraId="687E9D85" w14:textId="77777777" w:rsidR="00A63405" w:rsidRDefault="00A63405">
            <w:pPr>
              <w:pStyle w:val="MetaText"/>
              <w:rPr>
                <w:color w:val="000000" w:themeColor="text1"/>
              </w:rPr>
            </w:pPr>
            <w:r w:rsidRPr="00A63405">
              <w:rPr>
                <w:color w:val="000000" w:themeColor="text1"/>
              </w:rPr>
              <w:t xml:space="preserve">Name:  Full Name </w:t>
            </w:r>
          </w:p>
          <w:p w14:paraId="01981CAC" w14:textId="77777777" w:rsidR="00A63405" w:rsidRDefault="00A63405">
            <w:pPr>
              <w:pStyle w:val="MetaText"/>
              <w:rPr>
                <w:color w:val="000000" w:themeColor="text1"/>
              </w:rPr>
            </w:pPr>
            <w:r w:rsidRPr="00A63405">
              <w:rPr>
                <w:color w:val="000000" w:themeColor="text1"/>
              </w:rPr>
              <w:t xml:space="preserve">Institution Address: </w:t>
            </w:r>
          </w:p>
          <w:p w14:paraId="20318E9D" w14:textId="5C6DF68B" w:rsidR="00A63405" w:rsidRPr="006C0366" w:rsidRDefault="00A63405">
            <w:pPr>
              <w:pStyle w:val="MetaText"/>
              <w:rPr>
                <w:color w:val="000000" w:themeColor="text1"/>
              </w:rPr>
            </w:pPr>
            <w:r w:rsidRPr="00A63405">
              <w:rPr>
                <w:color w:val="000000" w:themeColor="text1"/>
              </w:rPr>
              <w:t>e-mail:</w:t>
            </w:r>
          </w:p>
        </w:tc>
        <w:tc>
          <w:tcPr>
            <w:tcW w:w="6896" w:type="dxa"/>
            <w:tcMar>
              <w:top w:w="100" w:type="dxa"/>
              <w:left w:w="130" w:type="dxa"/>
              <w:bottom w:w="90" w:type="dxa"/>
              <w:right w:w="60" w:type="dxa"/>
            </w:tcMar>
          </w:tcPr>
          <w:p w14:paraId="2838DA8E" w14:textId="404618D2" w:rsidR="00D34B51" w:rsidRPr="00512CFD" w:rsidRDefault="006365C4">
            <w:pPr>
              <w:pStyle w:val="MetaLabel"/>
              <w:pBdr>
                <w:bottom w:val="single" w:sz="6" w:space="1" w:color="36536B"/>
              </w:pBdr>
              <w:rPr>
                <w:color w:val="000000" w:themeColor="text1"/>
                <w:lang w:val="id-ID"/>
              </w:rPr>
            </w:pPr>
            <w:r w:rsidRPr="006C0366">
              <w:rPr>
                <w:color w:val="000000" w:themeColor="text1"/>
                <w:sz w:val="20"/>
              </w:rPr>
              <w:t>ABSTRACT</w:t>
            </w:r>
            <w:r w:rsidR="00512CFD">
              <w:rPr>
                <w:color w:val="000000" w:themeColor="text1"/>
                <w:sz w:val="20"/>
                <w:lang w:val="id-ID"/>
              </w:rPr>
              <w:t xml:space="preserve"> (10 pt)</w:t>
            </w:r>
          </w:p>
          <w:p w14:paraId="282531EF" w14:textId="5F9700FF" w:rsidR="00D34B51" w:rsidRPr="006C0366" w:rsidRDefault="006365C4">
            <w:pPr>
              <w:spacing w:before="80" w:line="245" w:lineRule="auto"/>
              <w:jc w:val="both"/>
              <w:rPr>
                <w:color w:val="000000" w:themeColor="text1"/>
              </w:rPr>
            </w:pPr>
            <w:r w:rsidRPr="006C0366">
              <w:rPr>
                <w:color w:val="000000" w:themeColor="text1"/>
                <w:sz w:val="20"/>
              </w:rPr>
              <w:t xml:space="preserve">Write a single-paragraph abstract of </w:t>
            </w:r>
            <w:r w:rsidRPr="00FE5346">
              <w:rPr>
                <w:color w:val="000000" w:themeColor="text1"/>
                <w:sz w:val="20"/>
              </w:rPr>
              <w:t>approximately 1</w:t>
            </w:r>
            <w:r w:rsidR="00512CFD" w:rsidRPr="00FE5346">
              <w:rPr>
                <w:color w:val="000000" w:themeColor="text1"/>
                <w:sz w:val="20"/>
                <w:lang w:val="id-ID"/>
              </w:rPr>
              <w:t>00</w:t>
            </w:r>
            <w:r w:rsidRPr="00FE5346">
              <w:rPr>
                <w:color w:val="000000" w:themeColor="text1"/>
                <w:sz w:val="20"/>
              </w:rPr>
              <w:t>–2</w:t>
            </w:r>
            <w:r w:rsidR="00512CFD" w:rsidRPr="00FE5346">
              <w:rPr>
                <w:color w:val="000000" w:themeColor="text1"/>
                <w:sz w:val="20"/>
                <w:lang w:val="id-ID"/>
              </w:rPr>
              <w:t>0</w:t>
            </w:r>
            <w:r w:rsidRPr="00FE5346">
              <w:rPr>
                <w:color w:val="000000" w:themeColor="text1"/>
                <w:sz w:val="20"/>
              </w:rPr>
              <w:t>0 words</w:t>
            </w:r>
            <w:r w:rsidRPr="006C0366">
              <w:rPr>
                <w:color w:val="000000" w:themeColor="text1"/>
                <w:sz w:val="20"/>
              </w:rPr>
              <w:t>. Briefly state the research background or problem, objective, methodology, principal findings, and main implication. Avoid citations, undefined abbreviations, tables, and figures in the abstract. Use direct and precise language so readers can understand the contribution of the study without consulting the main text. For empirical papers, include the study design, sample or data source, analytical technique, and the most important quantitative or qualitative result. End with the practical, theoretical, or policy relevance of the findings.</w:t>
            </w:r>
          </w:p>
        </w:tc>
      </w:tr>
    </w:tbl>
    <w:p w14:paraId="3C1AA154" w14:textId="77777777" w:rsidR="00D34B51" w:rsidRPr="006C0366" w:rsidRDefault="00D34B51">
      <w:pPr>
        <w:pBdr>
          <w:bottom w:val="single" w:sz="5" w:space="2" w:color="8A949C"/>
        </w:pBdr>
        <w:spacing w:before="100" w:after="20"/>
        <w:rPr>
          <w:color w:val="000000" w:themeColor="text1"/>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33"/>
        <w:gridCol w:w="4933"/>
      </w:tblGrid>
      <w:tr w:rsidR="00D7778F" w:rsidRPr="006C0366" w14:paraId="09F0CF7B" w14:textId="77777777" w:rsidTr="001D746C">
        <w:trPr>
          <w:jc w:val="center"/>
        </w:trPr>
        <w:tc>
          <w:tcPr>
            <w:tcW w:w="4933" w:type="dxa"/>
          </w:tcPr>
          <w:p w14:paraId="0CF28939" w14:textId="77777777" w:rsidR="00D7778F" w:rsidRPr="006C0366" w:rsidRDefault="00D7778F" w:rsidP="001D746C">
            <w:pPr>
              <w:jc w:val="both"/>
              <w:rPr>
                <w:color w:val="000000" w:themeColor="text1"/>
              </w:rPr>
            </w:pPr>
            <w:r w:rsidRPr="006C0366">
              <w:rPr>
                <w:i/>
                <w:color w:val="000000" w:themeColor="text1"/>
                <w:sz w:val="17"/>
              </w:rPr>
              <w:t xml:space="preserve">This is an open-access article under the </w:t>
            </w:r>
            <w:bookmarkStart w:id="0" w:name="_Hlk237434345"/>
            <w:r w:rsidRPr="006C0366">
              <w:rPr>
                <w:sz w:val="20"/>
                <w:szCs w:val="20"/>
              </w:rPr>
              <w:fldChar w:fldCharType="begin"/>
            </w:r>
            <w:r w:rsidRPr="006C0366">
              <w:rPr>
                <w:color w:val="000000" w:themeColor="text1"/>
              </w:rPr>
              <w:instrText xml:space="preserve"> HYPERLINK "https://creativecommons.org/licenses/by-sa/4.0/" </w:instrText>
            </w:r>
            <w:r w:rsidRPr="006C0366">
              <w:rPr>
                <w:sz w:val="20"/>
                <w:szCs w:val="20"/>
              </w:rPr>
              <w:fldChar w:fldCharType="separate"/>
            </w:r>
            <w:r w:rsidRPr="006C0366">
              <w:rPr>
                <w:rStyle w:val="Hyperlink"/>
                <w:i/>
                <w:iCs/>
                <w:color w:val="000000" w:themeColor="text1"/>
                <w:sz w:val="18"/>
                <w:szCs w:val="18"/>
              </w:rPr>
              <w:t>CC BY-SA</w:t>
            </w:r>
            <w:r w:rsidRPr="006C0366">
              <w:rPr>
                <w:rStyle w:val="Hyperlink"/>
                <w:i/>
                <w:iCs/>
                <w:color w:val="000000" w:themeColor="text1"/>
                <w:sz w:val="18"/>
                <w:szCs w:val="18"/>
              </w:rPr>
              <w:fldChar w:fldCharType="end"/>
            </w:r>
            <w:bookmarkEnd w:id="0"/>
            <w:r w:rsidRPr="006C0366">
              <w:rPr>
                <w:rStyle w:val="Hyperlink"/>
                <w:i/>
                <w:iCs/>
                <w:color w:val="000000" w:themeColor="text1"/>
                <w:sz w:val="18"/>
                <w:szCs w:val="18"/>
                <w:lang w:val="id-ID"/>
              </w:rPr>
              <w:t xml:space="preserve"> </w:t>
            </w:r>
            <w:r w:rsidRPr="006C0366">
              <w:rPr>
                <w:i/>
                <w:color w:val="000000" w:themeColor="text1"/>
                <w:sz w:val="17"/>
              </w:rPr>
              <w:t>license.</w:t>
            </w:r>
          </w:p>
        </w:tc>
        <w:tc>
          <w:tcPr>
            <w:tcW w:w="4933" w:type="dxa"/>
          </w:tcPr>
          <w:p w14:paraId="4F8705A8" w14:textId="77777777" w:rsidR="00D7778F" w:rsidRPr="006C0366" w:rsidRDefault="00D7778F" w:rsidP="001D746C">
            <w:pPr>
              <w:jc w:val="right"/>
              <w:rPr>
                <w:color w:val="000000" w:themeColor="text1"/>
              </w:rPr>
            </w:pPr>
            <w:r w:rsidRPr="006C0366">
              <w:rPr>
                <w:noProof/>
                <w:color w:val="000000" w:themeColor="text1"/>
              </w:rPr>
              <w:drawing>
                <wp:inline distT="0" distB="0" distL="0" distR="0" wp14:anchorId="7654662A" wp14:editId="1EE05A36">
                  <wp:extent cx="936000" cy="3686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9"/>
                          <a:stretch>
                            <a:fillRect/>
                          </a:stretch>
                        </pic:blipFill>
                        <pic:spPr>
                          <a:xfrm>
                            <a:off x="0" y="0"/>
                            <a:ext cx="936000" cy="368602"/>
                          </a:xfrm>
                          <a:prstGeom prst="rect">
                            <a:avLst/>
                          </a:prstGeom>
                        </pic:spPr>
                      </pic:pic>
                    </a:graphicData>
                  </a:graphic>
                </wp:inline>
              </w:drawing>
            </w:r>
          </w:p>
        </w:tc>
      </w:tr>
    </w:tbl>
    <w:p w14:paraId="35A638D9" w14:textId="77777777" w:rsidR="00D34B51" w:rsidRPr="006C0366" w:rsidRDefault="00D34B51">
      <w:pPr>
        <w:pBdr>
          <w:bottom w:val="single" w:sz="5" w:space="1" w:color="8A949C"/>
        </w:pBdr>
        <w:rPr>
          <w:color w:val="000000" w:themeColor="text1"/>
        </w:rPr>
      </w:pPr>
    </w:p>
    <w:p w14:paraId="44DFB7B8" w14:textId="57AAD516" w:rsidR="00D34B51" w:rsidRPr="006C0366" w:rsidRDefault="00D34B51">
      <w:pPr>
        <w:rPr>
          <w:color w:val="000000" w:themeColor="text1"/>
        </w:rPr>
      </w:pPr>
    </w:p>
    <w:p w14:paraId="5597F458" w14:textId="1DFFE3B8" w:rsidR="00D34B51" w:rsidRPr="00512CFD" w:rsidRDefault="006365C4">
      <w:pPr>
        <w:pStyle w:val="PaperHeading1"/>
        <w:keepLines/>
        <w:rPr>
          <w:color w:val="000000" w:themeColor="text1"/>
          <w:lang w:val="id-ID"/>
        </w:rPr>
      </w:pPr>
      <w:r w:rsidRPr="006C0366">
        <w:rPr>
          <w:color w:val="000000" w:themeColor="text1"/>
        </w:rPr>
        <w:t xml:space="preserve">A. </w:t>
      </w:r>
      <w:r w:rsidRPr="00512CFD">
        <w:rPr>
          <w:color w:val="000000" w:themeColor="text1"/>
          <w:sz w:val="24"/>
          <w:szCs w:val="24"/>
        </w:rPr>
        <w:t>INTRODUCTION</w:t>
      </w:r>
      <w:r w:rsidR="00512CFD">
        <w:rPr>
          <w:color w:val="000000" w:themeColor="text1"/>
          <w:sz w:val="22"/>
          <w:lang w:val="id-ID"/>
        </w:rPr>
        <w:t xml:space="preserve"> </w:t>
      </w:r>
      <w:r w:rsidR="00512CFD" w:rsidRPr="00512CFD">
        <w:rPr>
          <w:color w:val="000000" w:themeColor="text1"/>
          <w:sz w:val="24"/>
          <w:szCs w:val="24"/>
          <w:lang w:val="id-ID"/>
        </w:rPr>
        <w:t>(12 pt)</w:t>
      </w:r>
    </w:p>
    <w:p w14:paraId="4185C064" w14:textId="50EADCC1" w:rsidR="00D34B51" w:rsidRPr="00512CFD" w:rsidRDefault="006365C4">
      <w:pPr>
        <w:pStyle w:val="PaperBody"/>
        <w:ind w:firstLine="425"/>
        <w:rPr>
          <w:color w:val="000000" w:themeColor="text1"/>
          <w:lang w:val="id-ID"/>
        </w:rPr>
      </w:pPr>
      <w:r w:rsidRPr="006C0366">
        <w:rPr>
          <w:color w:val="000000" w:themeColor="text1"/>
        </w:rPr>
        <w:t>Present the research background, the practical or theoretical problem, and the relevance of the topic. Establish the context with recent and authoritative literature. Define the core concepts used in the study and explain why the issue deserves systematic investigation. Replace this instructional text with the manuscript content.</w:t>
      </w:r>
      <w:r w:rsidR="00512CFD">
        <w:rPr>
          <w:color w:val="000000" w:themeColor="text1"/>
          <w:lang w:val="id-ID"/>
        </w:rPr>
        <w:t xml:space="preserve"> (11 pt)</w:t>
      </w:r>
    </w:p>
    <w:p w14:paraId="43328FCC" w14:textId="3F267B87" w:rsidR="00D34B51" w:rsidRPr="006C0366" w:rsidRDefault="006365C4">
      <w:pPr>
        <w:pStyle w:val="PaperBody"/>
        <w:ind w:firstLine="425"/>
        <w:rPr>
          <w:color w:val="000000" w:themeColor="text1"/>
        </w:rPr>
      </w:pPr>
      <w:r w:rsidRPr="006C0366">
        <w:rPr>
          <w:color w:val="000000" w:themeColor="text1"/>
        </w:rPr>
        <w:t>Develop the state of the literature and identify the unresolved issue, inconsistency, limitation, or empirical gap that motivates the study. The gap should emerge from the reviewed literature rather than from a generic claim that “few studies exist.” Use APA 7th Edition author–date citations consistently, for example (Author, Year) or Author (Year). For works with three or more authors, use (Author et al., Year).</w:t>
      </w:r>
    </w:p>
    <w:p w14:paraId="05C36C4A" w14:textId="159E49BA" w:rsidR="00D34B51" w:rsidRPr="006C0366" w:rsidRDefault="006365C4">
      <w:pPr>
        <w:pStyle w:val="PaperBody"/>
        <w:ind w:firstLine="425"/>
        <w:rPr>
          <w:color w:val="000000" w:themeColor="text1"/>
        </w:rPr>
      </w:pPr>
      <w:r w:rsidRPr="006C0366">
        <w:rPr>
          <w:color w:val="000000" w:themeColor="text1"/>
        </w:rPr>
        <w:t>Conclude the introduction with the research objective or research questions, the expected contribution, and</w:t>
      </w:r>
      <w:r w:rsidR="00FE5346">
        <w:rPr>
          <w:color w:val="000000" w:themeColor="text1"/>
          <w:lang w:val="id-ID"/>
        </w:rPr>
        <w:t xml:space="preserve"> </w:t>
      </w:r>
      <w:r w:rsidRPr="006C0366">
        <w:rPr>
          <w:color w:val="000000" w:themeColor="text1"/>
        </w:rPr>
        <w:t>when appropriate</w:t>
      </w:r>
      <w:r w:rsidR="00FE5346">
        <w:rPr>
          <w:color w:val="000000" w:themeColor="text1"/>
          <w:lang w:val="id-ID"/>
        </w:rPr>
        <w:t xml:space="preserve"> </w:t>
      </w:r>
      <w:r w:rsidRPr="006C0366">
        <w:rPr>
          <w:color w:val="000000" w:themeColor="text1"/>
        </w:rPr>
        <w:t>the novelty of the study. Keep the final paragraph focused and ensure that the proposed contribution aligns</w:t>
      </w:r>
      <w:bookmarkStart w:id="1" w:name="_GoBack"/>
      <w:bookmarkEnd w:id="1"/>
      <w:r w:rsidRPr="006C0366">
        <w:rPr>
          <w:color w:val="000000" w:themeColor="text1"/>
        </w:rPr>
        <w:t xml:space="preserve"> with the evidence and analysis presented in later sections.</w:t>
      </w:r>
    </w:p>
    <w:p w14:paraId="351E0AEE" w14:textId="55805955" w:rsidR="00D34B51" w:rsidRPr="00512CFD" w:rsidRDefault="006365C4">
      <w:pPr>
        <w:pStyle w:val="PaperHeading1"/>
        <w:keepLines/>
        <w:rPr>
          <w:color w:val="000000" w:themeColor="text1"/>
          <w:sz w:val="24"/>
          <w:szCs w:val="24"/>
          <w:lang w:val="id-ID"/>
        </w:rPr>
      </w:pPr>
      <w:r w:rsidRPr="00512CFD">
        <w:rPr>
          <w:color w:val="000000" w:themeColor="text1"/>
          <w:sz w:val="24"/>
          <w:szCs w:val="24"/>
        </w:rPr>
        <w:t>B. RESEARCH METHOD</w:t>
      </w:r>
      <w:r w:rsidR="00512CFD">
        <w:rPr>
          <w:color w:val="000000" w:themeColor="text1"/>
          <w:sz w:val="24"/>
          <w:szCs w:val="24"/>
          <w:lang w:val="id-ID"/>
        </w:rPr>
        <w:t xml:space="preserve"> </w:t>
      </w:r>
      <w:r w:rsidR="00512CFD" w:rsidRPr="00512CFD">
        <w:rPr>
          <w:color w:val="000000" w:themeColor="text1"/>
          <w:sz w:val="24"/>
          <w:szCs w:val="24"/>
          <w:lang w:val="id-ID"/>
        </w:rPr>
        <w:t>(12 pt)</w:t>
      </w:r>
    </w:p>
    <w:p w14:paraId="5C962134" w14:textId="7B0CE094" w:rsidR="00D34B51" w:rsidRPr="006C0366" w:rsidRDefault="006365C4">
      <w:pPr>
        <w:pStyle w:val="PaperBody"/>
        <w:ind w:firstLine="425"/>
        <w:rPr>
          <w:color w:val="000000" w:themeColor="text1"/>
        </w:rPr>
      </w:pPr>
      <w:r w:rsidRPr="006C0366">
        <w:rPr>
          <w:color w:val="000000" w:themeColor="text1"/>
        </w:rPr>
        <w:t xml:space="preserve">Explain the research design, setting, unit of analysis, population and sample or data source, sampling procedure, and data-collection process. For qualitative studies, describe participant selection, data </w:t>
      </w:r>
      <w:r w:rsidRPr="006C0366">
        <w:rPr>
          <w:color w:val="000000" w:themeColor="text1"/>
        </w:rPr>
        <w:lastRenderedPageBreak/>
        <w:t>sources, and the analytic protocol. For quantitative studies, report measurement, instrument development, and relevant validity or reliability procedures.</w:t>
      </w:r>
    </w:p>
    <w:p w14:paraId="0684B271" w14:textId="6646A6D8" w:rsidR="00D34B51" w:rsidRPr="006C0366" w:rsidRDefault="006365C4">
      <w:pPr>
        <w:pStyle w:val="PaperBody"/>
        <w:ind w:firstLine="425"/>
        <w:rPr>
          <w:color w:val="000000" w:themeColor="text1"/>
        </w:rPr>
      </w:pPr>
      <w:r w:rsidRPr="006C0366">
        <w:rPr>
          <w:color w:val="000000" w:themeColor="text1"/>
        </w:rPr>
        <w:t>Describe the analytical technique with enough detail to support reproducibility. State the software or analytical environment when relevant, the decision criteria used for hypothesis testing or model assessment, and any ethical approval or informed-consent procedure required by the research design.</w:t>
      </w:r>
    </w:p>
    <w:p w14:paraId="2BBE57C4" w14:textId="789A487A" w:rsidR="00D34B51" w:rsidRPr="00512CFD" w:rsidRDefault="006365C4">
      <w:pPr>
        <w:pStyle w:val="PaperHeading1"/>
        <w:keepLines/>
        <w:rPr>
          <w:color w:val="000000" w:themeColor="text1"/>
          <w:sz w:val="24"/>
          <w:szCs w:val="24"/>
          <w:lang w:val="id-ID"/>
        </w:rPr>
      </w:pPr>
      <w:r w:rsidRPr="00512CFD">
        <w:rPr>
          <w:color w:val="000000" w:themeColor="text1"/>
          <w:sz w:val="24"/>
          <w:szCs w:val="24"/>
        </w:rPr>
        <w:t>C. RESULTS AND DISCUSSION</w:t>
      </w:r>
      <w:r w:rsidR="00512CFD">
        <w:rPr>
          <w:color w:val="000000" w:themeColor="text1"/>
          <w:sz w:val="24"/>
          <w:szCs w:val="24"/>
          <w:lang w:val="id-ID"/>
        </w:rPr>
        <w:t xml:space="preserve"> </w:t>
      </w:r>
      <w:r w:rsidR="00512CFD" w:rsidRPr="00512CFD">
        <w:rPr>
          <w:color w:val="000000" w:themeColor="text1"/>
          <w:sz w:val="24"/>
          <w:szCs w:val="24"/>
          <w:lang w:val="id-ID"/>
        </w:rPr>
        <w:t>(12 pt)</w:t>
      </w:r>
    </w:p>
    <w:p w14:paraId="4039D551" w14:textId="6C266BCE" w:rsidR="00D34B51" w:rsidRPr="00512CFD" w:rsidRDefault="006365C4">
      <w:pPr>
        <w:pStyle w:val="PaperHeading2"/>
        <w:keepLines/>
        <w:rPr>
          <w:color w:val="000000" w:themeColor="text1"/>
          <w:sz w:val="22"/>
          <w:lang w:val="id-ID"/>
        </w:rPr>
      </w:pPr>
      <w:r w:rsidRPr="00512CFD">
        <w:rPr>
          <w:color w:val="000000" w:themeColor="text1"/>
          <w:sz w:val="22"/>
        </w:rPr>
        <w:t>1. Result / Theme / Subsection Title</w:t>
      </w:r>
      <w:r w:rsidR="00512CFD">
        <w:rPr>
          <w:color w:val="000000" w:themeColor="text1"/>
          <w:sz w:val="22"/>
          <w:lang w:val="id-ID"/>
        </w:rPr>
        <w:t xml:space="preserve"> (11 pt)</w:t>
      </w:r>
    </w:p>
    <w:p w14:paraId="05B95979" w14:textId="3F7BAB19" w:rsidR="00D34B51" w:rsidRDefault="006365C4">
      <w:pPr>
        <w:pStyle w:val="PaperBody"/>
        <w:ind w:firstLine="425"/>
        <w:rPr>
          <w:color w:val="000000" w:themeColor="text1"/>
        </w:rPr>
      </w:pPr>
      <w:r w:rsidRPr="006C0366">
        <w:rPr>
          <w:color w:val="000000" w:themeColor="text1"/>
        </w:rPr>
        <w:t>Report the main results in a logical sequence. Refer to each table and figure in the text before or immediately after it appears. Avoid repeating every numerical value from a table; emphasize the results that answer the research question or test the proposed relationships.</w:t>
      </w:r>
    </w:p>
    <w:p w14:paraId="43F5C670" w14:textId="46CA98C5" w:rsidR="00FE5346" w:rsidRPr="006C0366" w:rsidRDefault="00FE5346" w:rsidP="00FE5346">
      <w:pPr>
        <w:pStyle w:val="PaperBody"/>
        <w:ind w:firstLine="425"/>
        <w:jc w:val="center"/>
        <w:rPr>
          <w:color w:val="000000" w:themeColor="text1"/>
        </w:rPr>
      </w:pPr>
      <w:r w:rsidRPr="00482F34">
        <w:rPr>
          <w:rFonts w:ascii="Palatino Linotype" w:hAnsi="Palatino Linotype"/>
          <w:b/>
          <w:noProof/>
          <w:color w:val="000000" w:themeColor="text1"/>
        </w:rPr>
        <w:drawing>
          <wp:inline distT="0" distB="0" distL="0" distR="0" wp14:anchorId="65538E7D" wp14:editId="518E31D8">
            <wp:extent cx="3768823" cy="2663222"/>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86207" cy="2675507"/>
                    </a:xfrm>
                    <a:prstGeom prst="rect">
                      <a:avLst/>
                    </a:prstGeom>
                  </pic:spPr>
                </pic:pic>
              </a:graphicData>
            </a:graphic>
          </wp:inline>
        </w:drawing>
      </w:r>
    </w:p>
    <w:p w14:paraId="536925F3" w14:textId="78B5FE4C" w:rsidR="00D34B51" w:rsidRPr="00512CFD" w:rsidRDefault="006365C4">
      <w:pPr>
        <w:pStyle w:val="PaperCaption"/>
        <w:rPr>
          <w:color w:val="000000" w:themeColor="text1"/>
          <w:sz w:val="18"/>
          <w:szCs w:val="18"/>
          <w:lang w:val="id-ID"/>
        </w:rPr>
      </w:pPr>
      <w:r w:rsidRPr="00512CFD">
        <w:rPr>
          <w:color w:val="000000" w:themeColor="text1"/>
          <w:sz w:val="18"/>
          <w:szCs w:val="18"/>
        </w:rPr>
        <w:t>Figure 1. [Figure title]</w:t>
      </w:r>
      <w:r w:rsidR="00512CFD">
        <w:rPr>
          <w:color w:val="000000" w:themeColor="text1"/>
          <w:sz w:val="18"/>
          <w:szCs w:val="18"/>
          <w:lang w:val="id-ID"/>
        </w:rPr>
        <w:t xml:space="preserve"> (9 pt)</w:t>
      </w:r>
    </w:p>
    <w:p w14:paraId="03E1C89A" w14:textId="7BAFD5BD" w:rsidR="00D34B51" w:rsidRPr="00512CFD" w:rsidRDefault="006365C4">
      <w:pPr>
        <w:pStyle w:val="PaperCaption"/>
        <w:rPr>
          <w:color w:val="000000" w:themeColor="text1"/>
          <w:sz w:val="18"/>
          <w:szCs w:val="18"/>
        </w:rPr>
      </w:pPr>
      <w:r w:rsidRPr="00512CFD">
        <w:rPr>
          <w:color w:val="000000" w:themeColor="text1"/>
          <w:sz w:val="18"/>
          <w:szCs w:val="18"/>
        </w:rPr>
        <w:t>Source: [Author’s analysis / Data source]</w:t>
      </w:r>
      <w:r w:rsidR="00512CFD">
        <w:rPr>
          <w:color w:val="000000" w:themeColor="text1"/>
          <w:sz w:val="18"/>
          <w:szCs w:val="18"/>
          <w:lang w:val="id-ID"/>
        </w:rPr>
        <w:t xml:space="preserve"> (9 pt)</w:t>
      </w:r>
    </w:p>
    <w:p w14:paraId="07D96FF3" w14:textId="159B217D" w:rsidR="00D34B51" w:rsidRPr="00512CFD" w:rsidRDefault="006365C4">
      <w:pPr>
        <w:pStyle w:val="PaperHeading2"/>
        <w:keepLines/>
        <w:rPr>
          <w:color w:val="000000" w:themeColor="text1"/>
          <w:sz w:val="22"/>
        </w:rPr>
      </w:pPr>
      <w:r w:rsidRPr="00512CFD">
        <w:rPr>
          <w:color w:val="000000" w:themeColor="text1"/>
          <w:sz w:val="22"/>
        </w:rPr>
        <w:t>2. Additional Result / Discussion Subsection</w:t>
      </w:r>
    </w:p>
    <w:p w14:paraId="3BA87300" w14:textId="3E9BC3AE" w:rsidR="00D34B51" w:rsidRPr="006C0366" w:rsidRDefault="006365C4">
      <w:pPr>
        <w:pStyle w:val="PaperBody"/>
        <w:ind w:firstLine="425"/>
        <w:rPr>
          <w:color w:val="000000" w:themeColor="text1"/>
        </w:rPr>
      </w:pPr>
      <w:r w:rsidRPr="006C0366">
        <w:rPr>
          <w:color w:val="000000" w:themeColor="text1"/>
        </w:rPr>
        <w:t>Interpret the results by linking them to the research objective, theory, and prior studies. Explain convergent and divergent findings, plausible mechanisms, contextual factors, and the substantive meaning of the evidence. Discussion should extend beyond restating statistical significance or descriptive findings.</w:t>
      </w:r>
    </w:p>
    <w:p w14:paraId="4850A9E8" w14:textId="065FB6E0" w:rsidR="00D34B51" w:rsidRDefault="006365C4">
      <w:pPr>
        <w:pStyle w:val="PaperCaption"/>
        <w:jc w:val="left"/>
        <w:rPr>
          <w:b/>
          <w:i w:val="0"/>
          <w:color w:val="000000" w:themeColor="text1"/>
          <w:sz w:val="18"/>
          <w:szCs w:val="18"/>
          <w:lang w:val="id-ID"/>
        </w:rPr>
      </w:pPr>
      <w:r w:rsidRPr="00512CFD">
        <w:rPr>
          <w:b/>
          <w:i w:val="0"/>
          <w:color w:val="000000" w:themeColor="text1"/>
          <w:sz w:val="18"/>
          <w:szCs w:val="18"/>
        </w:rPr>
        <w:t>Table 1. [Table title]</w:t>
      </w:r>
      <w:r w:rsidR="00512CFD">
        <w:rPr>
          <w:b/>
          <w:i w:val="0"/>
          <w:color w:val="000000" w:themeColor="text1"/>
          <w:sz w:val="18"/>
          <w:szCs w:val="18"/>
          <w:lang w:val="id-ID"/>
        </w:rPr>
        <w:t xml:space="preserve"> (9 pt)</w:t>
      </w:r>
    </w:p>
    <w:tbl>
      <w:tblPr>
        <w:tblW w:w="9817" w:type="dxa"/>
        <w:jc w:val="center"/>
        <w:tblLook w:val="04A0" w:firstRow="1" w:lastRow="0" w:firstColumn="1" w:lastColumn="0" w:noHBand="0" w:noVBand="1"/>
      </w:tblPr>
      <w:tblGrid>
        <w:gridCol w:w="2226"/>
        <w:gridCol w:w="1350"/>
        <w:gridCol w:w="1080"/>
        <w:gridCol w:w="1440"/>
        <w:gridCol w:w="1170"/>
        <w:gridCol w:w="1417"/>
        <w:gridCol w:w="1134"/>
      </w:tblGrid>
      <w:tr w:rsidR="00FE5346" w:rsidRPr="00482F34" w14:paraId="16969014" w14:textId="77777777" w:rsidTr="00FE5346">
        <w:trPr>
          <w:trHeight w:val="315"/>
          <w:jc w:val="center"/>
        </w:trPr>
        <w:tc>
          <w:tcPr>
            <w:tcW w:w="22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45222D" w14:textId="77777777" w:rsidR="00FE5346" w:rsidRPr="00482F34" w:rsidRDefault="00FE5346" w:rsidP="007A33B9">
            <w:pPr>
              <w:jc w:val="center"/>
              <w:rPr>
                <w:rFonts w:ascii="Palatino" w:hAnsi="Palatino"/>
                <w:bCs/>
                <w:color w:val="000000" w:themeColor="text1"/>
                <w:sz w:val="18"/>
                <w:szCs w:val="18"/>
                <w:lang w:eastAsia="id-ID"/>
              </w:rPr>
            </w:pPr>
            <w:r w:rsidRPr="00482F34">
              <w:rPr>
                <w:rFonts w:ascii="Palatino" w:hAnsi="Palatino"/>
                <w:bCs/>
                <w:color w:val="000000" w:themeColor="text1"/>
                <w:sz w:val="18"/>
                <w:szCs w:val="18"/>
                <w:lang w:eastAsia="id-ID"/>
              </w:rPr>
              <w:t>Variable (9pt)</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223CCEE6" w14:textId="77777777" w:rsidR="00FE5346" w:rsidRPr="00482F34" w:rsidRDefault="00FE5346" w:rsidP="007A33B9">
            <w:pPr>
              <w:jc w:val="center"/>
              <w:rPr>
                <w:rFonts w:ascii="Palatino" w:hAnsi="Palatino"/>
                <w:bCs/>
                <w:color w:val="000000" w:themeColor="text1"/>
                <w:sz w:val="18"/>
                <w:szCs w:val="18"/>
                <w:lang w:eastAsia="id-ID"/>
              </w:rPr>
            </w:pPr>
            <w:r w:rsidRPr="00482F34">
              <w:rPr>
                <w:rFonts w:ascii="Palatino" w:hAnsi="Palatino"/>
                <w:bCs/>
                <w:color w:val="000000" w:themeColor="text1"/>
                <w:sz w:val="18"/>
                <w:szCs w:val="18"/>
                <w:lang w:eastAsia="id-ID"/>
              </w:rPr>
              <w:t>Min (9pt)</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1DA0A06" w14:textId="77777777" w:rsidR="00FE5346" w:rsidRPr="00482F34" w:rsidRDefault="00FE5346" w:rsidP="007A33B9">
            <w:pPr>
              <w:jc w:val="center"/>
              <w:rPr>
                <w:rFonts w:ascii="Palatino" w:hAnsi="Palatino"/>
                <w:bCs/>
                <w:color w:val="000000" w:themeColor="text1"/>
                <w:sz w:val="18"/>
                <w:szCs w:val="18"/>
                <w:lang w:eastAsia="id-ID"/>
              </w:rPr>
            </w:pPr>
            <w:r w:rsidRPr="00482F34">
              <w:rPr>
                <w:rFonts w:ascii="Palatino" w:hAnsi="Palatino"/>
                <w:bCs/>
                <w:color w:val="000000" w:themeColor="text1"/>
                <w:sz w:val="18"/>
                <w:szCs w:val="18"/>
                <w:lang w:eastAsia="id-ID"/>
              </w:rPr>
              <w:t>Max (9pt)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74BF520E" w14:textId="77777777" w:rsidR="00FE5346" w:rsidRPr="00482F34" w:rsidRDefault="00FE5346" w:rsidP="007A33B9">
            <w:pPr>
              <w:jc w:val="center"/>
              <w:rPr>
                <w:rFonts w:ascii="Palatino" w:hAnsi="Palatino"/>
                <w:bCs/>
                <w:color w:val="000000" w:themeColor="text1"/>
                <w:sz w:val="18"/>
                <w:szCs w:val="18"/>
                <w:lang w:eastAsia="id-ID"/>
              </w:rPr>
            </w:pPr>
            <w:r w:rsidRPr="00482F34">
              <w:rPr>
                <w:rFonts w:ascii="Palatino" w:hAnsi="Palatino"/>
                <w:bCs/>
                <w:color w:val="000000" w:themeColor="text1"/>
                <w:sz w:val="18"/>
                <w:szCs w:val="18"/>
                <w:lang w:eastAsia="id-ID"/>
              </w:rPr>
              <w:t>Skew (9pt)</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6ABBE708" w14:textId="77777777" w:rsidR="00FE5346" w:rsidRPr="00482F34" w:rsidRDefault="00FE5346" w:rsidP="007A33B9">
            <w:pPr>
              <w:jc w:val="center"/>
              <w:rPr>
                <w:rFonts w:ascii="Palatino" w:hAnsi="Palatino"/>
                <w:bCs/>
                <w:color w:val="000000" w:themeColor="text1"/>
                <w:sz w:val="18"/>
                <w:szCs w:val="18"/>
                <w:lang w:eastAsia="id-ID"/>
              </w:rPr>
            </w:pPr>
            <w:r w:rsidRPr="00482F34">
              <w:rPr>
                <w:rFonts w:ascii="Palatino" w:hAnsi="Palatino"/>
                <w:bCs/>
                <w:color w:val="000000" w:themeColor="text1"/>
                <w:sz w:val="18"/>
                <w:szCs w:val="18"/>
                <w:lang w:eastAsia="id-ID"/>
              </w:rPr>
              <w:t>C.R. (9pt)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59B192A" w14:textId="77777777" w:rsidR="00FE5346" w:rsidRPr="00482F34" w:rsidRDefault="00FE5346" w:rsidP="007A33B9">
            <w:pPr>
              <w:jc w:val="center"/>
              <w:rPr>
                <w:rFonts w:ascii="Palatino" w:hAnsi="Palatino"/>
                <w:bCs/>
                <w:color w:val="000000" w:themeColor="text1"/>
                <w:sz w:val="18"/>
                <w:szCs w:val="18"/>
                <w:lang w:eastAsia="id-ID"/>
              </w:rPr>
            </w:pPr>
            <w:r w:rsidRPr="00482F34">
              <w:rPr>
                <w:rFonts w:ascii="Palatino" w:hAnsi="Palatino"/>
                <w:bCs/>
                <w:color w:val="000000" w:themeColor="text1"/>
                <w:sz w:val="18"/>
                <w:szCs w:val="18"/>
                <w:lang w:eastAsia="id-ID"/>
              </w:rPr>
              <w:t>Kurtosis (9pt)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A213261" w14:textId="77777777" w:rsidR="00FE5346" w:rsidRPr="00482F34" w:rsidRDefault="00FE5346" w:rsidP="007A33B9">
            <w:pPr>
              <w:jc w:val="center"/>
              <w:rPr>
                <w:rFonts w:ascii="Palatino" w:hAnsi="Palatino"/>
                <w:bCs/>
                <w:color w:val="000000" w:themeColor="text1"/>
                <w:sz w:val="18"/>
                <w:szCs w:val="18"/>
                <w:lang w:eastAsia="id-ID"/>
              </w:rPr>
            </w:pPr>
            <w:r w:rsidRPr="00482F34">
              <w:rPr>
                <w:rFonts w:ascii="Palatino" w:hAnsi="Palatino"/>
                <w:bCs/>
                <w:color w:val="000000" w:themeColor="text1"/>
                <w:sz w:val="18"/>
                <w:szCs w:val="18"/>
                <w:lang w:eastAsia="id-ID"/>
              </w:rPr>
              <w:t>C.R. (9pt)</w:t>
            </w:r>
          </w:p>
        </w:tc>
      </w:tr>
      <w:tr w:rsidR="00FE5346" w:rsidRPr="00482F34" w14:paraId="703A45EA" w14:textId="77777777" w:rsidTr="00FE5346">
        <w:trPr>
          <w:trHeight w:val="315"/>
          <w:jc w:val="center"/>
        </w:trPr>
        <w:tc>
          <w:tcPr>
            <w:tcW w:w="2226" w:type="dxa"/>
            <w:tcBorders>
              <w:top w:val="nil"/>
              <w:left w:val="single" w:sz="4" w:space="0" w:color="auto"/>
              <w:bottom w:val="single" w:sz="4" w:space="0" w:color="auto"/>
              <w:right w:val="single" w:sz="4" w:space="0" w:color="auto"/>
            </w:tcBorders>
            <w:shd w:val="clear" w:color="auto" w:fill="auto"/>
            <w:vAlign w:val="center"/>
            <w:hideMark/>
          </w:tcPr>
          <w:p w14:paraId="292204C4"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GTE1</w:t>
            </w:r>
          </w:p>
        </w:tc>
        <w:tc>
          <w:tcPr>
            <w:tcW w:w="1350" w:type="dxa"/>
            <w:tcBorders>
              <w:top w:val="nil"/>
              <w:left w:val="nil"/>
              <w:bottom w:val="single" w:sz="4" w:space="0" w:color="auto"/>
              <w:right w:val="single" w:sz="4" w:space="0" w:color="auto"/>
            </w:tcBorders>
            <w:shd w:val="clear" w:color="auto" w:fill="auto"/>
            <w:vAlign w:val="center"/>
            <w:hideMark/>
          </w:tcPr>
          <w:p w14:paraId="191DA135"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w:t>
            </w:r>
          </w:p>
        </w:tc>
        <w:tc>
          <w:tcPr>
            <w:tcW w:w="1080" w:type="dxa"/>
            <w:tcBorders>
              <w:top w:val="nil"/>
              <w:left w:val="nil"/>
              <w:bottom w:val="single" w:sz="4" w:space="0" w:color="auto"/>
              <w:right w:val="single" w:sz="4" w:space="0" w:color="auto"/>
            </w:tcBorders>
            <w:shd w:val="clear" w:color="auto" w:fill="auto"/>
            <w:vAlign w:val="center"/>
            <w:hideMark/>
          </w:tcPr>
          <w:p w14:paraId="20BE251B"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w:t>
            </w:r>
          </w:p>
        </w:tc>
        <w:tc>
          <w:tcPr>
            <w:tcW w:w="1440" w:type="dxa"/>
            <w:tcBorders>
              <w:top w:val="nil"/>
              <w:left w:val="nil"/>
              <w:bottom w:val="single" w:sz="4" w:space="0" w:color="auto"/>
              <w:right w:val="single" w:sz="4" w:space="0" w:color="auto"/>
            </w:tcBorders>
            <w:shd w:val="clear" w:color="auto" w:fill="auto"/>
            <w:noWrap/>
            <w:vAlign w:val="center"/>
            <w:hideMark/>
          </w:tcPr>
          <w:p w14:paraId="39A22EC9"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-1,504</w:t>
            </w:r>
          </w:p>
        </w:tc>
        <w:tc>
          <w:tcPr>
            <w:tcW w:w="1170" w:type="dxa"/>
            <w:tcBorders>
              <w:top w:val="nil"/>
              <w:left w:val="nil"/>
              <w:bottom w:val="single" w:sz="4" w:space="0" w:color="auto"/>
              <w:right w:val="single" w:sz="4" w:space="0" w:color="auto"/>
            </w:tcBorders>
            <w:shd w:val="clear" w:color="auto" w:fill="auto"/>
            <w:noWrap/>
            <w:vAlign w:val="center"/>
            <w:hideMark/>
          </w:tcPr>
          <w:p w14:paraId="1DE9B4C8"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-9,11</w:t>
            </w:r>
          </w:p>
        </w:tc>
        <w:tc>
          <w:tcPr>
            <w:tcW w:w="1417" w:type="dxa"/>
            <w:tcBorders>
              <w:top w:val="nil"/>
              <w:left w:val="nil"/>
              <w:bottom w:val="single" w:sz="4" w:space="0" w:color="auto"/>
              <w:right w:val="single" w:sz="4" w:space="0" w:color="auto"/>
            </w:tcBorders>
            <w:shd w:val="clear" w:color="auto" w:fill="auto"/>
            <w:vAlign w:val="center"/>
            <w:hideMark/>
          </w:tcPr>
          <w:p w14:paraId="29C91561"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2,04</w:t>
            </w:r>
          </w:p>
        </w:tc>
        <w:tc>
          <w:tcPr>
            <w:tcW w:w="1134" w:type="dxa"/>
            <w:tcBorders>
              <w:top w:val="nil"/>
              <w:left w:val="nil"/>
              <w:bottom w:val="single" w:sz="4" w:space="0" w:color="auto"/>
              <w:right w:val="single" w:sz="4" w:space="0" w:color="auto"/>
            </w:tcBorders>
            <w:shd w:val="clear" w:color="auto" w:fill="auto"/>
            <w:vAlign w:val="center"/>
            <w:hideMark/>
          </w:tcPr>
          <w:p w14:paraId="2245F0F9"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6,178</w:t>
            </w:r>
          </w:p>
        </w:tc>
      </w:tr>
      <w:tr w:rsidR="00FE5346" w:rsidRPr="00482F34" w14:paraId="6ACF0585" w14:textId="77777777" w:rsidTr="00FE5346">
        <w:trPr>
          <w:trHeight w:val="315"/>
          <w:jc w:val="center"/>
        </w:trPr>
        <w:tc>
          <w:tcPr>
            <w:tcW w:w="2226" w:type="dxa"/>
            <w:tcBorders>
              <w:top w:val="nil"/>
              <w:left w:val="single" w:sz="4" w:space="0" w:color="auto"/>
              <w:bottom w:val="single" w:sz="4" w:space="0" w:color="auto"/>
              <w:right w:val="single" w:sz="4" w:space="0" w:color="auto"/>
            </w:tcBorders>
            <w:shd w:val="clear" w:color="auto" w:fill="auto"/>
            <w:vAlign w:val="center"/>
            <w:hideMark/>
          </w:tcPr>
          <w:p w14:paraId="06990A76"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GTE2</w:t>
            </w:r>
          </w:p>
        </w:tc>
        <w:tc>
          <w:tcPr>
            <w:tcW w:w="1350" w:type="dxa"/>
            <w:tcBorders>
              <w:top w:val="nil"/>
              <w:left w:val="nil"/>
              <w:bottom w:val="single" w:sz="4" w:space="0" w:color="auto"/>
              <w:right w:val="single" w:sz="4" w:space="0" w:color="auto"/>
            </w:tcBorders>
            <w:shd w:val="clear" w:color="auto" w:fill="auto"/>
            <w:vAlign w:val="center"/>
            <w:hideMark/>
          </w:tcPr>
          <w:p w14:paraId="38330C70"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w:t>
            </w:r>
          </w:p>
        </w:tc>
        <w:tc>
          <w:tcPr>
            <w:tcW w:w="1080" w:type="dxa"/>
            <w:tcBorders>
              <w:top w:val="nil"/>
              <w:left w:val="nil"/>
              <w:bottom w:val="single" w:sz="4" w:space="0" w:color="auto"/>
              <w:right w:val="single" w:sz="4" w:space="0" w:color="auto"/>
            </w:tcBorders>
            <w:shd w:val="clear" w:color="auto" w:fill="auto"/>
            <w:vAlign w:val="center"/>
            <w:hideMark/>
          </w:tcPr>
          <w:p w14:paraId="1970E7AD"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w:t>
            </w:r>
          </w:p>
        </w:tc>
        <w:tc>
          <w:tcPr>
            <w:tcW w:w="1440" w:type="dxa"/>
            <w:tcBorders>
              <w:top w:val="nil"/>
              <w:left w:val="nil"/>
              <w:bottom w:val="single" w:sz="4" w:space="0" w:color="auto"/>
              <w:right w:val="single" w:sz="4" w:space="0" w:color="auto"/>
            </w:tcBorders>
            <w:shd w:val="clear" w:color="auto" w:fill="auto"/>
            <w:noWrap/>
            <w:vAlign w:val="center"/>
            <w:hideMark/>
          </w:tcPr>
          <w:p w14:paraId="1B749A29"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-0,799</w:t>
            </w:r>
          </w:p>
        </w:tc>
        <w:tc>
          <w:tcPr>
            <w:tcW w:w="1170" w:type="dxa"/>
            <w:tcBorders>
              <w:top w:val="nil"/>
              <w:left w:val="nil"/>
              <w:bottom w:val="single" w:sz="4" w:space="0" w:color="auto"/>
              <w:right w:val="single" w:sz="4" w:space="0" w:color="auto"/>
            </w:tcBorders>
            <w:shd w:val="clear" w:color="auto" w:fill="auto"/>
            <w:noWrap/>
            <w:vAlign w:val="center"/>
            <w:hideMark/>
          </w:tcPr>
          <w:p w14:paraId="634AE737"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-4,835</w:t>
            </w:r>
          </w:p>
        </w:tc>
        <w:tc>
          <w:tcPr>
            <w:tcW w:w="1417" w:type="dxa"/>
            <w:tcBorders>
              <w:top w:val="nil"/>
              <w:left w:val="nil"/>
              <w:bottom w:val="single" w:sz="4" w:space="0" w:color="auto"/>
              <w:right w:val="single" w:sz="4" w:space="0" w:color="auto"/>
            </w:tcBorders>
            <w:shd w:val="clear" w:color="auto" w:fill="auto"/>
            <w:vAlign w:val="center"/>
            <w:hideMark/>
          </w:tcPr>
          <w:p w14:paraId="4B951E65"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0,171</w:t>
            </w:r>
          </w:p>
        </w:tc>
        <w:tc>
          <w:tcPr>
            <w:tcW w:w="1134" w:type="dxa"/>
            <w:tcBorders>
              <w:top w:val="nil"/>
              <w:left w:val="nil"/>
              <w:bottom w:val="single" w:sz="4" w:space="0" w:color="auto"/>
              <w:right w:val="single" w:sz="4" w:space="0" w:color="auto"/>
            </w:tcBorders>
            <w:shd w:val="clear" w:color="auto" w:fill="auto"/>
            <w:vAlign w:val="center"/>
            <w:hideMark/>
          </w:tcPr>
          <w:p w14:paraId="32BBD45F"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0,517</w:t>
            </w:r>
          </w:p>
        </w:tc>
      </w:tr>
      <w:tr w:rsidR="00FE5346" w:rsidRPr="00482F34" w14:paraId="72F19B19" w14:textId="77777777" w:rsidTr="00FE5346">
        <w:trPr>
          <w:trHeight w:val="315"/>
          <w:jc w:val="center"/>
        </w:trPr>
        <w:tc>
          <w:tcPr>
            <w:tcW w:w="2226" w:type="dxa"/>
            <w:tcBorders>
              <w:top w:val="nil"/>
              <w:left w:val="single" w:sz="4" w:space="0" w:color="auto"/>
              <w:bottom w:val="single" w:sz="4" w:space="0" w:color="auto"/>
              <w:right w:val="single" w:sz="4" w:space="0" w:color="auto"/>
            </w:tcBorders>
            <w:shd w:val="clear" w:color="auto" w:fill="auto"/>
            <w:vAlign w:val="center"/>
            <w:hideMark/>
          </w:tcPr>
          <w:p w14:paraId="2313A452"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GTE3</w:t>
            </w:r>
          </w:p>
        </w:tc>
        <w:tc>
          <w:tcPr>
            <w:tcW w:w="1350" w:type="dxa"/>
            <w:tcBorders>
              <w:top w:val="nil"/>
              <w:left w:val="nil"/>
              <w:bottom w:val="single" w:sz="4" w:space="0" w:color="auto"/>
              <w:right w:val="single" w:sz="4" w:space="0" w:color="auto"/>
            </w:tcBorders>
            <w:shd w:val="clear" w:color="auto" w:fill="auto"/>
            <w:vAlign w:val="center"/>
            <w:hideMark/>
          </w:tcPr>
          <w:p w14:paraId="4393B1EF"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w:t>
            </w:r>
          </w:p>
        </w:tc>
        <w:tc>
          <w:tcPr>
            <w:tcW w:w="1080" w:type="dxa"/>
            <w:tcBorders>
              <w:top w:val="nil"/>
              <w:left w:val="nil"/>
              <w:bottom w:val="single" w:sz="4" w:space="0" w:color="auto"/>
              <w:right w:val="single" w:sz="4" w:space="0" w:color="auto"/>
            </w:tcBorders>
            <w:shd w:val="clear" w:color="auto" w:fill="auto"/>
            <w:vAlign w:val="center"/>
            <w:hideMark/>
          </w:tcPr>
          <w:p w14:paraId="141DF6FE"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w:t>
            </w:r>
          </w:p>
        </w:tc>
        <w:tc>
          <w:tcPr>
            <w:tcW w:w="1440" w:type="dxa"/>
            <w:tcBorders>
              <w:top w:val="nil"/>
              <w:left w:val="nil"/>
              <w:bottom w:val="single" w:sz="4" w:space="0" w:color="auto"/>
              <w:right w:val="single" w:sz="4" w:space="0" w:color="auto"/>
            </w:tcBorders>
            <w:shd w:val="clear" w:color="auto" w:fill="auto"/>
            <w:noWrap/>
            <w:vAlign w:val="center"/>
            <w:hideMark/>
          </w:tcPr>
          <w:p w14:paraId="5C992798"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-0,435</w:t>
            </w:r>
          </w:p>
        </w:tc>
        <w:tc>
          <w:tcPr>
            <w:tcW w:w="1170" w:type="dxa"/>
            <w:tcBorders>
              <w:top w:val="nil"/>
              <w:left w:val="nil"/>
              <w:bottom w:val="single" w:sz="4" w:space="0" w:color="auto"/>
              <w:right w:val="single" w:sz="4" w:space="0" w:color="auto"/>
            </w:tcBorders>
            <w:shd w:val="clear" w:color="auto" w:fill="auto"/>
            <w:noWrap/>
            <w:vAlign w:val="center"/>
            <w:hideMark/>
          </w:tcPr>
          <w:p w14:paraId="7A90CA55"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-2,634</w:t>
            </w:r>
          </w:p>
        </w:tc>
        <w:tc>
          <w:tcPr>
            <w:tcW w:w="1417" w:type="dxa"/>
            <w:tcBorders>
              <w:top w:val="nil"/>
              <w:left w:val="nil"/>
              <w:bottom w:val="single" w:sz="4" w:space="0" w:color="auto"/>
              <w:right w:val="single" w:sz="4" w:space="0" w:color="auto"/>
            </w:tcBorders>
            <w:shd w:val="clear" w:color="auto" w:fill="auto"/>
            <w:noWrap/>
            <w:vAlign w:val="center"/>
            <w:hideMark/>
          </w:tcPr>
          <w:p w14:paraId="1FAF1019"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-0,462</w:t>
            </w:r>
          </w:p>
        </w:tc>
        <w:tc>
          <w:tcPr>
            <w:tcW w:w="1134" w:type="dxa"/>
            <w:tcBorders>
              <w:top w:val="nil"/>
              <w:left w:val="nil"/>
              <w:bottom w:val="single" w:sz="4" w:space="0" w:color="auto"/>
              <w:right w:val="single" w:sz="4" w:space="0" w:color="auto"/>
            </w:tcBorders>
            <w:shd w:val="clear" w:color="auto" w:fill="auto"/>
            <w:noWrap/>
            <w:vAlign w:val="center"/>
            <w:hideMark/>
          </w:tcPr>
          <w:p w14:paraId="1A09543E"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-1,398</w:t>
            </w:r>
          </w:p>
        </w:tc>
      </w:tr>
      <w:tr w:rsidR="00FE5346" w:rsidRPr="00482F34" w14:paraId="68CFD0A1" w14:textId="77777777" w:rsidTr="00FE5346">
        <w:trPr>
          <w:trHeight w:val="315"/>
          <w:jc w:val="center"/>
        </w:trPr>
        <w:tc>
          <w:tcPr>
            <w:tcW w:w="2226" w:type="dxa"/>
            <w:tcBorders>
              <w:top w:val="nil"/>
              <w:left w:val="single" w:sz="4" w:space="0" w:color="auto"/>
              <w:bottom w:val="single" w:sz="4" w:space="0" w:color="auto"/>
              <w:right w:val="single" w:sz="4" w:space="0" w:color="auto"/>
            </w:tcBorders>
            <w:shd w:val="clear" w:color="auto" w:fill="auto"/>
            <w:vAlign w:val="center"/>
            <w:hideMark/>
          </w:tcPr>
          <w:p w14:paraId="39D80059"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GTE4</w:t>
            </w:r>
          </w:p>
        </w:tc>
        <w:tc>
          <w:tcPr>
            <w:tcW w:w="1350" w:type="dxa"/>
            <w:tcBorders>
              <w:top w:val="nil"/>
              <w:left w:val="nil"/>
              <w:bottom w:val="single" w:sz="4" w:space="0" w:color="auto"/>
              <w:right w:val="single" w:sz="4" w:space="0" w:color="auto"/>
            </w:tcBorders>
            <w:shd w:val="clear" w:color="auto" w:fill="auto"/>
            <w:vAlign w:val="center"/>
            <w:hideMark/>
          </w:tcPr>
          <w:p w14:paraId="2E923053"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w:t>
            </w:r>
          </w:p>
        </w:tc>
        <w:tc>
          <w:tcPr>
            <w:tcW w:w="1080" w:type="dxa"/>
            <w:tcBorders>
              <w:top w:val="nil"/>
              <w:left w:val="nil"/>
              <w:bottom w:val="single" w:sz="4" w:space="0" w:color="auto"/>
              <w:right w:val="single" w:sz="4" w:space="0" w:color="auto"/>
            </w:tcBorders>
            <w:shd w:val="clear" w:color="auto" w:fill="auto"/>
            <w:vAlign w:val="center"/>
            <w:hideMark/>
          </w:tcPr>
          <w:p w14:paraId="39549966"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w:t>
            </w:r>
          </w:p>
        </w:tc>
        <w:tc>
          <w:tcPr>
            <w:tcW w:w="1440" w:type="dxa"/>
            <w:tcBorders>
              <w:top w:val="nil"/>
              <w:left w:val="nil"/>
              <w:bottom w:val="single" w:sz="4" w:space="0" w:color="auto"/>
              <w:right w:val="single" w:sz="4" w:space="0" w:color="auto"/>
            </w:tcBorders>
            <w:shd w:val="clear" w:color="auto" w:fill="auto"/>
            <w:noWrap/>
            <w:vAlign w:val="center"/>
            <w:hideMark/>
          </w:tcPr>
          <w:p w14:paraId="7D8DAF33"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-1,001</w:t>
            </w:r>
          </w:p>
        </w:tc>
        <w:tc>
          <w:tcPr>
            <w:tcW w:w="1170" w:type="dxa"/>
            <w:tcBorders>
              <w:top w:val="nil"/>
              <w:left w:val="nil"/>
              <w:bottom w:val="single" w:sz="4" w:space="0" w:color="auto"/>
              <w:right w:val="single" w:sz="4" w:space="0" w:color="auto"/>
            </w:tcBorders>
            <w:shd w:val="clear" w:color="auto" w:fill="auto"/>
            <w:noWrap/>
            <w:vAlign w:val="center"/>
            <w:hideMark/>
          </w:tcPr>
          <w:p w14:paraId="3F872CDE"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-6,061</w:t>
            </w:r>
          </w:p>
        </w:tc>
        <w:tc>
          <w:tcPr>
            <w:tcW w:w="1417" w:type="dxa"/>
            <w:tcBorders>
              <w:top w:val="nil"/>
              <w:left w:val="nil"/>
              <w:bottom w:val="single" w:sz="4" w:space="0" w:color="auto"/>
              <w:right w:val="single" w:sz="4" w:space="0" w:color="auto"/>
            </w:tcBorders>
            <w:shd w:val="clear" w:color="auto" w:fill="auto"/>
            <w:vAlign w:val="center"/>
            <w:hideMark/>
          </w:tcPr>
          <w:p w14:paraId="3FD10582"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1,877</w:t>
            </w:r>
          </w:p>
        </w:tc>
        <w:tc>
          <w:tcPr>
            <w:tcW w:w="1134" w:type="dxa"/>
            <w:tcBorders>
              <w:top w:val="nil"/>
              <w:left w:val="nil"/>
              <w:bottom w:val="single" w:sz="4" w:space="0" w:color="auto"/>
              <w:right w:val="single" w:sz="4" w:space="0" w:color="auto"/>
            </w:tcBorders>
            <w:shd w:val="clear" w:color="auto" w:fill="auto"/>
            <w:vAlign w:val="center"/>
            <w:hideMark/>
          </w:tcPr>
          <w:p w14:paraId="50CD234B"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5,682</w:t>
            </w:r>
          </w:p>
        </w:tc>
      </w:tr>
      <w:tr w:rsidR="00FE5346" w:rsidRPr="00482F34" w14:paraId="3A9A7563" w14:textId="77777777" w:rsidTr="00FE5346">
        <w:trPr>
          <w:trHeight w:val="315"/>
          <w:jc w:val="center"/>
        </w:trPr>
        <w:tc>
          <w:tcPr>
            <w:tcW w:w="2226" w:type="dxa"/>
            <w:tcBorders>
              <w:top w:val="nil"/>
              <w:left w:val="single" w:sz="4" w:space="0" w:color="auto"/>
              <w:bottom w:val="single" w:sz="4" w:space="0" w:color="auto"/>
              <w:right w:val="single" w:sz="4" w:space="0" w:color="auto"/>
            </w:tcBorders>
            <w:shd w:val="clear" w:color="auto" w:fill="auto"/>
            <w:vAlign w:val="center"/>
            <w:hideMark/>
          </w:tcPr>
          <w:p w14:paraId="0783AF45"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GTE5</w:t>
            </w:r>
          </w:p>
        </w:tc>
        <w:tc>
          <w:tcPr>
            <w:tcW w:w="1350" w:type="dxa"/>
            <w:tcBorders>
              <w:top w:val="nil"/>
              <w:left w:val="nil"/>
              <w:bottom w:val="single" w:sz="4" w:space="0" w:color="auto"/>
              <w:right w:val="single" w:sz="4" w:space="0" w:color="auto"/>
            </w:tcBorders>
            <w:shd w:val="clear" w:color="auto" w:fill="auto"/>
            <w:vAlign w:val="center"/>
            <w:hideMark/>
          </w:tcPr>
          <w:p w14:paraId="61E7AA6E"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w:t>
            </w:r>
          </w:p>
        </w:tc>
        <w:tc>
          <w:tcPr>
            <w:tcW w:w="1080" w:type="dxa"/>
            <w:tcBorders>
              <w:top w:val="nil"/>
              <w:left w:val="nil"/>
              <w:bottom w:val="single" w:sz="4" w:space="0" w:color="auto"/>
              <w:right w:val="single" w:sz="4" w:space="0" w:color="auto"/>
            </w:tcBorders>
            <w:shd w:val="clear" w:color="auto" w:fill="auto"/>
            <w:vAlign w:val="center"/>
            <w:hideMark/>
          </w:tcPr>
          <w:p w14:paraId="0F8218ED"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w:t>
            </w:r>
          </w:p>
        </w:tc>
        <w:tc>
          <w:tcPr>
            <w:tcW w:w="1440" w:type="dxa"/>
            <w:tcBorders>
              <w:top w:val="nil"/>
              <w:left w:val="nil"/>
              <w:bottom w:val="single" w:sz="4" w:space="0" w:color="auto"/>
              <w:right w:val="single" w:sz="4" w:space="0" w:color="auto"/>
            </w:tcBorders>
            <w:shd w:val="clear" w:color="auto" w:fill="auto"/>
            <w:noWrap/>
            <w:vAlign w:val="center"/>
            <w:hideMark/>
          </w:tcPr>
          <w:p w14:paraId="0D030335"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-0,968</w:t>
            </w:r>
          </w:p>
        </w:tc>
        <w:tc>
          <w:tcPr>
            <w:tcW w:w="1170" w:type="dxa"/>
            <w:tcBorders>
              <w:top w:val="nil"/>
              <w:left w:val="nil"/>
              <w:bottom w:val="single" w:sz="4" w:space="0" w:color="auto"/>
              <w:right w:val="single" w:sz="4" w:space="0" w:color="auto"/>
            </w:tcBorders>
            <w:shd w:val="clear" w:color="auto" w:fill="auto"/>
            <w:noWrap/>
            <w:vAlign w:val="center"/>
            <w:hideMark/>
          </w:tcPr>
          <w:p w14:paraId="479ECA31"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-5,864</w:t>
            </w:r>
          </w:p>
        </w:tc>
        <w:tc>
          <w:tcPr>
            <w:tcW w:w="1417" w:type="dxa"/>
            <w:tcBorders>
              <w:top w:val="nil"/>
              <w:left w:val="nil"/>
              <w:bottom w:val="single" w:sz="4" w:space="0" w:color="auto"/>
              <w:right w:val="single" w:sz="4" w:space="0" w:color="auto"/>
            </w:tcBorders>
            <w:shd w:val="clear" w:color="auto" w:fill="auto"/>
            <w:vAlign w:val="center"/>
            <w:hideMark/>
          </w:tcPr>
          <w:p w14:paraId="31BF8DA6"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2,175</w:t>
            </w:r>
          </w:p>
        </w:tc>
        <w:tc>
          <w:tcPr>
            <w:tcW w:w="1134" w:type="dxa"/>
            <w:tcBorders>
              <w:top w:val="nil"/>
              <w:left w:val="nil"/>
              <w:bottom w:val="single" w:sz="4" w:space="0" w:color="auto"/>
              <w:right w:val="single" w:sz="4" w:space="0" w:color="auto"/>
            </w:tcBorders>
            <w:shd w:val="clear" w:color="auto" w:fill="auto"/>
            <w:vAlign w:val="center"/>
            <w:hideMark/>
          </w:tcPr>
          <w:p w14:paraId="1CA9D699"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6,587</w:t>
            </w:r>
          </w:p>
        </w:tc>
      </w:tr>
      <w:tr w:rsidR="00FE5346" w:rsidRPr="00482F34" w14:paraId="45FC04E3" w14:textId="77777777" w:rsidTr="00FE5346">
        <w:trPr>
          <w:trHeight w:val="315"/>
          <w:jc w:val="center"/>
        </w:trPr>
        <w:tc>
          <w:tcPr>
            <w:tcW w:w="2226" w:type="dxa"/>
            <w:tcBorders>
              <w:top w:val="nil"/>
              <w:left w:val="single" w:sz="4" w:space="0" w:color="auto"/>
              <w:bottom w:val="single" w:sz="4" w:space="0" w:color="auto"/>
              <w:right w:val="single" w:sz="4" w:space="0" w:color="auto"/>
            </w:tcBorders>
            <w:shd w:val="clear" w:color="auto" w:fill="auto"/>
            <w:vAlign w:val="center"/>
            <w:hideMark/>
          </w:tcPr>
          <w:p w14:paraId="52962D95"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KW1</w:t>
            </w:r>
          </w:p>
        </w:tc>
        <w:tc>
          <w:tcPr>
            <w:tcW w:w="1350" w:type="dxa"/>
            <w:tcBorders>
              <w:top w:val="nil"/>
              <w:left w:val="nil"/>
              <w:bottom w:val="single" w:sz="4" w:space="0" w:color="auto"/>
              <w:right w:val="single" w:sz="4" w:space="0" w:color="auto"/>
            </w:tcBorders>
            <w:shd w:val="clear" w:color="auto" w:fill="auto"/>
            <w:vAlign w:val="center"/>
            <w:hideMark/>
          </w:tcPr>
          <w:p w14:paraId="665F8611"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2</w:t>
            </w:r>
          </w:p>
        </w:tc>
        <w:tc>
          <w:tcPr>
            <w:tcW w:w="1080" w:type="dxa"/>
            <w:tcBorders>
              <w:top w:val="nil"/>
              <w:left w:val="nil"/>
              <w:bottom w:val="single" w:sz="4" w:space="0" w:color="auto"/>
              <w:right w:val="single" w:sz="4" w:space="0" w:color="auto"/>
            </w:tcBorders>
            <w:shd w:val="clear" w:color="auto" w:fill="auto"/>
            <w:vAlign w:val="center"/>
            <w:hideMark/>
          </w:tcPr>
          <w:p w14:paraId="79A72B50"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w:t>
            </w:r>
          </w:p>
        </w:tc>
        <w:tc>
          <w:tcPr>
            <w:tcW w:w="1440" w:type="dxa"/>
            <w:tcBorders>
              <w:top w:val="nil"/>
              <w:left w:val="nil"/>
              <w:bottom w:val="single" w:sz="4" w:space="0" w:color="auto"/>
              <w:right w:val="single" w:sz="4" w:space="0" w:color="auto"/>
            </w:tcBorders>
            <w:shd w:val="clear" w:color="auto" w:fill="auto"/>
            <w:noWrap/>
            <w:vAlign w:val="center"/>
            <w:hideMark/>
          </w:tcPr>
          <w:p w14:paraId="1D35A6E8"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-0,192</w:t>
            </w:r>
          </w:p>
        </w:tc>
        <w:tc>
          <w:tcPr>
            <w:tcW w:w="1170" w:type="dxa"/>
            <w:tcBorders>
              <w:top w:val="nil"/>
              <w:left w:val="nil"/>
              <w:bottom w:val="single" w:sz="4" w:space="0" w:color="auto"/>
              <w:right w:val="single" w:sz="4" w:space="0" w:color="auto"/>
            </w:tcBorders>
            <w:shd w:val="clear" w:color="auto" w:fill="auto"/>
            <w:noWrap/>
            <w:vAlign w:val="center"/>
            <w:hideMark/>
          </w:tcPr>
          <w:p w14:paraId="2E50DC16"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-1,164</w:t>
            </w:r>
          </w:p>
        </w:tc>
        <w:tc>
          <w:tcPr>
            <w:tcW w:w="1417" w:type="dxa"/>
            <w:tcBorders>
              <w:top w:val="nil"/>
              <w:left w:val="nil"/>
              <w:bottom w:val="single" w:sz="4" w:space="0" w:color="auto"/>
              <w:right w:val="single" w:sz="4" w:space="0" w:color="auto"/>
            </w:tcBorders>
            <w:shd w:val="clear" w:color="auto" w:fill="auto"/>
            <w:noWrap/>
            <w:vAlign w:val="center"/>
            <w:hideMark/>
          </w:tcPr>
          <w:p w14:paraId="6F180E9B"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-0,032</w:t>
            </w:r>
          </w:p>
        </w:tc>
        <w:tc>
          <w:tcPr>
            <w:tcW w:w="1134" w:type="dxa"/>
            <w:tcBorders>
              <w:top w:val="nil"/>
              <w:left w:val="nil"/>
              <w:bottom w:val="single" w:sz="4" w:space="0" w:color="auto"/>
              <w:right w:val="single" w:sz="4" w:space="0" w:color="auto"/>
            </w:tcBorders>
            <w:shd w:val="clear" w:color="auto" w:fill="auto"/>
            <w:noWrap/>
            <w:vAlign w:val="center"/>
            <w:hideMark/>
          </w:tcPr>
          <w:p w14:paraId="08F54F9E"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-0,098</w:t>
            </w:r>
          </w:p>
        </w:tc>
      </w:tr>
      <w:tr w:rsidR="00FE5346" w:rsidRPr="00482F34" w14:paraId="633E911A" w14:textId="77777777" w:rsidTr="00FE5346">
        <w:trPr>
          <w:trHeight w:val="315"/>
          <w:jc w:val="center"/>
        </w:trPr>
        <w:tc>
          <w:tcPr>
            <w:tcW w:w="22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463E9"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KW2</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7089CD9D"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1</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1A1F67E"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6D7A46B8"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-0,85</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06F7DFEE"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-5,146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E567444"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2,945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5B7477F"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8,917</w:t>
            </w:r>
          </w:p>
        </w:tc>
      </w:tr>
      <w:tr w:rsidR="00FE5346" w:rsidRPr="00482F34" w14:paraId="04BAD3C5" w14:textId="77777777" w:rsidTr="00FE5346">
        <w:trPr>
          <w:trHeight w:val="315"/>
          <w:jc w:val="center"/>
        </w:trPr>
        <w:tc>
          <w:tcPr>
            <w:tcW w:w="22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17499"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KW3</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39F30FD6"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2</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CB36121"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5</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48A20767"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-0,64</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14:paraId="0B02E126"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-3,873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8842368"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0,132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04F13E3" w14:textId="77777777" w:rsidR="00FE5346" w:rsidRPr="00482F34" w:rsidRDefault="00FE5346" w:rsidP="007A33B9">
            <w:pPr>
              <w:jc w:val="center"/>
              <w:rPr>
                <w:rFonts w:ascii="Palatino" w:hAnsi="Palatino"/>
                <w:color w:val="000000" w:themeColor="text1"/>
                <w:sz w:val="18"/>
                <w:szCs w:val="18"/>
                <w:lang w:eastAsia="id-ID"/>
              </w:rPr>
            </w:pPr>
            <w:r w:rsidRPr="00482F34">
              <w:rPr>
                <w:rFonts w:ascii="Palatino" w:hAnsi="Palatino"/>
                <w:color w:val="000000" w:themeColor="text1"/>
                <w:sz w:val="18"/>
                <w:szCs w:val="18"/>
                <w:lang w:eastAsia="id-ID"/>
              </w:rPr>
              <w:t>0,4</w:t>
            </w:r>
          </w:p>
        </w:tc>
      </w:tr>
    </w:tbl>
    <w:p w14:paraId="20BA7C10" w14:textId="58DFE478" w:rsidR="00D34B51" w:rsidRPr="00512CFD" w:rsidRDefault="006365C4" w:rsidP="00D7778F">
      <w:pPr>
        <w:pStyle w:val="PaperCaption"/>
        <w:jc w:val="left"/>
        <w:rPr>
          <w:color w:val="000000" w:themeColor="text1"/>
          <w:sz w:val="18"/>
          <w:szCs w:val="18"/>
          <w:lang w:val="id-ID"/>
        </w:rPr>
      </w:pPr>
      <w:r w:rsidRPr="00512CFD">
        <w:rPr>
          <w:color w:val="000000" w:themeColor="text1"/>
          <w:sz w:val="18"/>
          <w:szCs w:val="18"/>
        </w:rPr>
        <w:t>Source: [Data source / Author’s calculation].</w:t>
      </w:r>
      <w:r w:rsidR="00512CFD">
        <w:rPr>
          <w:color w:val="000000" w:themeColor="text1"/>
          <w:sz w:val="18"/>
          <w:szCs w:val="18"/>
          <w:lang w:val="id-ID"/>
        </w:rPr>
        <w:t xml:space="preserve"> (9 pt)</w:t>
      </w:r>
    </w:p>
    <w:p w14:paraId="2D363DDE" w14:textId="77777777" w:rsidR="00D34B51" w:rsidRPr="00512CFD" w:rsidRDefault="006365C4">
      <w:pPr>
        <w:pStyle w:val="PaperHeading1"/>
        <w:keepLines/>
        <w:rPr>
          <w:color w:val="000000" w:themeColor="text1"/>
          <w:sz w:val="24"/>
          <w:szCs w:val="24"/>
        </w:rPr>
      </w:pPr>
      <w:r w:rsidRPr="00512CFD">
        <w:rPr>
          <w:color w:val="000000" w:themeColor="text1"/>
          <w:sz w:val="24"/>
          <w:szCs w:val="24"/>
        </w:rPr>
        <w:t>D. CONCLUSION</w:t>
      </w:r>
    </w:p>
    <w:p w14:paraId="14F02F24" w14:textId="644E878D" w:rsidR="00D34B51" w:rsidRPr="006C0366" w:rsidRDefault="006365C4">
      <w:pPr>
        <w:pStyle w:val="PaperBody"/>
        <w:ind w:firstLine="425"/>
        <w:rPr>
          <w:color w:val="000000" w:themeColor="text1"/>
        </w:rPr>
      </w:pPr>
      <w:r w:rsidRPr="006C0366">
        <w:rPr>
          <w:color w:val="000000" w:themeColor="text1"/>
        </w:rPr>
        <w:t>Summarize the principal finding in relation to the research objective. State the theoretical, managerial, policy, or methodological implications that are directly supported by the evidence. Avoid introducing new results. Note the most material limitations of the study and propose focused directions for future research.</w:t>
      </w:r>
    </w:p>
    <w:p w14:paraId="5D4D221D" w14:textId="77777777" w:rsidR="00D34B51" w:rsidRPr="00512CFD" w:rsidRDefault="006365C4">
      <w:pPr>
        <w:pStyle w:val="PaperHeading1"/>
        <w:keepLines/>
        <w:rPr>
          <w:color w:val="000000" w:themeColor="text1"/>
          <w:sz w:val="24"/>
          <w:szCs w:val="24"/>
        </w:rPr>
      </w:pPr>
      <w:r w:rsidRPr="00512CFD">
        <w:rPr>
          <w:color w:val="000000" w:themeColor="text1"/>
          <w:sz w:val="24"/>
          <w:szCs w:val="24"/>
        </w:rPr>
        <w:lastRenderedPageBreak/>
        <w:t>REFERENCES</w:t>
      </w:r>
    </w:p>
    <w:p w14:paraId="7322888D" w14:textId="77777777" w:rsidR="00D34B51" w:rsidRPr="00FE5346" w:rsidRDefault="006365C4">
      <w:pPr>
        <w:pStyle w:val="PaperReference"/>
        <w:spacing w:after="80"/>
        <w:ind w:left="0" w:firstLine="0"/>
        <w:rPr>
          <w:color w:val="000000" w:themeColor="text1"/>
          <w:sz w:val="22"/>
        </w:rPr>
      </w:pPr>
      <w:r w:rsidRPr="00FE5346">
        <w:rPr>
          <w:b/>
          <w:i/>
          <w:color w:val="000000" w:themeColor="text1"/>
          <w:sz w:val="22"/>
        </w:rPr>
        <w:t>Reference Style: APA 7th Edition (Author–Date System)</w:t>
      </w:r>
    </w:p>
    <w:p w14:paraId="0EDD7725" w14:textId="77777777" w:rsidR="00D34B51" w:rsidRPr="00FE5346" w:rsidRDefault="006365C4">
      <w:pPr>
        <w:pStyle w:val="PaperReference"/>
        <w:rPr>
          <w:color w:val="000000" w:themeColor="text1"/>
          <w:sz w:val="22"/>
        </w:rPr>
      </w:pPr>
      <w:r w:rsidRPr="00FE5346">
        <w:rPr>
          <w:color w:val="000000" w:themeColor="text1"/>
          <w:sz w:val="22"/>
        </w:rPr>
        <w:t xml:space="preserve">Author, A. A., &amp; Author, B. B. (20XX). Title of journal article. </w:t>
      </w:r>
      <w:r w:rsidRPr="00FE5346">
        <w:rPr>
          <w:i/>
          <w:color w:val="000000" w:themeColor="text1"/>
          <w:sz w:val="22"/>
        </w:rPr>
        <w:t>Journal Name, 00</w:t>
      </w:r>
      <w:r w:rsidRPr="00FE5346">
        <w:rPr>
          <w:color w:val="000000" w:themeColor="text1"/>
          <w:sz w:val="22"/>
        </w:rPr>
        <w:t>(0), 00–00. https://doi.org/xx.xxxx/xxxxx</w:t>
      </w:r>
    </w:p>
    <w:p w14:paraId="61308BE6" w14:textId="77777777" w:rsidR="00D34B51" w:rsidRPr="00FE5346" w:rsidRDefault="006365C4">
      <w:pPr>
        <w:pStyle w:val="PaperReference"/>
        <w:rPr>
          <w:color w:val="000000" w:themeColor="text1"/>
          <w:sz w:val="22"/>
        </w:rPr>
      </w:pPr>
      <w:r w:rsidRPr="00FE5346">
        <w:rPr>
          <w:color w:val="000000" w:themeColor="text1"/>
          <w:sz w:val="22"/>
        </w:rPr>
        <w:t xml:space="preserve">Author, C. C. (20XX). </w:t>
      </w:r>
      <w:r w:rsidRPr="00FE5346">
        <w:rPr>
          <w:i/>
          <w:color w:val="000000" w:themeColor="text1"/>
          <w:sz w:val="22"/>
        </w:rPr>
        <w:t>Title of book</w:t>
      </w:r>
      <w:r w:rsidRPr="00FE5346">
        <w:rPr>
          <w:color w:val="000000" w:themeColor="text1"/>
          <w:sz w:val="22"/>
        </w:rPr>
        <w:t>. Publisher.</w:t>
      </w:r>
    </w:p>
    <w:p w14:paraId="1E73DF02" w14:textId="77777777" w:rsidR="00D34B51" w:rsidRPr="00FE5346" w:rsidRDefault="006365C4">
      <w:pPr>
        <w:pStyle w:val="PaperReference"/>
        <w:rPr>
          <w:color w:val="000000" w:themeColor="text1"/>
          <w:sz w:val="22"/>
        </w:rPr>
      </w:pPr>
      <w:r w:rsidRPr="00FE5346">
        <w:rPr>
          <w:color w:val="000000" w:themeColor="text1"/>
          <w:sz w:val="22"/>
        </w:rPr>
        <w:t xml:space="preserve">Organization Name. (20XX). </w:t>
      </w:r>
      <w:r w:rsidRPr="00FE5346">
        <w:rPr>
          <w:i/>
          <w:color w:val="000000" w:themeColor="text1"/>
          <w:sz w:val="22"/>
        </w:rPr>
        <w:t>Title of report or dataset</w:t>
      </w:r>
      <w:r w:rsidRPr="00FE5346">
        <w:rPr>
          <w:color w:val="000000" w:themeColor="text1"/>
          <w:sz w:val="22"/>
        </w:rPr>
        <w:t>. Publisher/Repository. https://doi.org/xx.xxxx/xxxxx</w:t>
      </w:r>
    </w:p>
    <w:p w14:paraId="5E3F0B25" w14:textId="77777777" w:rsidR="00D34B51" w:rsidRPr="00FE5346" w:rsidRDefault="006365C4">
      <w:pPr>
        <w:pStyle w:val="PaperReference"/>
        <w:rPr>
          <w:color w:val="000000" w:themeColor="text1"/>
          <w:sz w:val="22"/>
        </w:rPr>
      </w:pPr>
      <w:r w:rsidRPr="00FE5346">
        <w:rPr>
          <w:color w:val="000000" w:themeColor="text1"/>
          <w:sz w:val="22"/>
        </w:rPr>
        <w:t xml:space="preserve">Author, D. D., Author, E. E., &amp; Author, F. F. (20XX). Title of chapter or conference paper. In E. E. Editor (Ed.), </w:t>
      </w:r>
      <w:r w:rsidRPr="00FE5346">
        <w:rPr>
          <w:i/>
          <w:color w:val="000000" w:themeColor="text1"/>
          <w:sz w:val="22"/>
        </w:rPr>
        <w:t>Title of book or proceedings</w:t>
      </w:r>
      <w:r w:rsidRPr="00FE5346">
        <w:rPr>
          <w:color w:val="000000" w:themeColor="text1"/>
          <w:sz w:val="22"/>
        </w:rPr>
        <w:t xml:space="preserve"> (pp. 00–00). Publisher. https://doi.org/xx.xxxx/xxxxx</w:t>
      </w:r>
    </w:p>
    <w:p w14:paraId="6B2C7D6F" w14:textId="5CC7AA48" w:rsidR="00D34B51" w:rsidRPr="00FE5346" w:rsidRDefault="006365C4" w:rsidP="004430CE">
      <w:pPr>
        <w:pStyle w:val="PaperReference"/>
        <w:rPr>
          <w:color w:val="000000" w:themeColor="text1"/>
          <w:sz w:val="22"/>
        </w:rPr>
      </w:pPr>
      <w:r w:rsidRPr="00FE5346">
        <w:rPr>
          <w:color w:val="000000" w:themeColor="text1"/>
          <w:sz w:val="22"/>
        </w:rPr>
        <w:t>[Reference style: APA 7th Edition (author–date). Arrange entries alphabetically by the first author’s surname and apply a 1.27 cm hanging indent. Every source cited in the text must appear in the reference list, and every reference-list entry must be cited in the text. Include DOI as https://doi.org/... when available.]</w:t>
      </w:r>
    </w:p>
    <w:sectPr w:rsidR="00D34B51" w:rsidRPr="00FE5346" w:rsidSect="00034616">
      <w:headerReference w:type="default" r:id="rId11"/>
      <w:footerReference w:type="default" r:id="rId12"/>
      <w:footerReference w:type="first" r:id="rId13"/>
      <w:pgSz w:w="11906" w:h="16838"/>
      <w:pgMar w:top="822" w:right="1020" w:bottom="822" w:left="1020" w:header="369"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9B25AB" w14:textId="77777777" w:rsidR="001F5489" w:rsidRDefault="001F5489">
      <w:pPr>
        <w:spacing w:line="240" w:lineRule="auto"/>
      </w:pPr>
      <w:r>
        <w:separator/>
      </w:r>
    </w:p>
  </w:endnote>
  <w:endnote w:type="continuationSeparator" w:id="0">
    <w:p w14:paraId="2F3451B0" w14:textId="77777777" w:rsidR="001F5489" w:rsidRDefault="001F54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B Garamond">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Palatino">
    <w:altName w:val="Book Antiqua"/>
    <w:charset w:val="00"/>
    <w:family w:val="auto"/>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D38105" w14:textId="77777777" w:rsidR="00B71B1D" w:rsidRDefault="00B71B1D"/>
  <w:tbl>
    <w:tblPr>
      <w:tblW w:w="0" w:type="auto"/>
      <w:jc w:val="center"/>
      <w:tblBorders>
        <w:top w:val="nil"/>
        <w:left w:val="nil"/>
        <w:bottom w:val="nil"/>
        <w:right w:val="nil"/>
        <w:insideH w:val="nil"/>
        <w:insideV w:val="nil"/>
      </w:tblBorders>
      <w:tblLook w:val="04A0" w:firstRow="1" w:lastRow="0" w:firstColumn="1" w:lastColumn="0" w:noHBand="0" w:noVBand="1"/>
    </w:tblPr>
    <w:tblGrid>
      <w:gridCol w:w="4932"/>
      <w:gridCol w:w="4932"/>
    </w:tblGrid>
    <w:tr w:rsidR="00B71B1D" w14:paraId="0CAAB21E" w14:textId="77777777" w:rsidTr="00F94F96">
      <w:trPr>
        <w:jc w:val="center"/>
      </w:trPr>
      <w:tc>
        <w:tcPr>
          <w:tcW w:w="4932" w:type="dxa"/>
        </w:tcPr>
        <w:p w14:paraId="5412594E" w14:textId="77777777" w:rsidR="00B71B1D" w:rsidRPr="006C0366" w:rsidRDefault="00B71B1D" w:rsidP="00B71B1D">
          <w:pPr>
            <w:rPr>
              <w:color w:val="8A949C"/>
              <w:sz w:val="17"/>
            </w:rPr>
          </w:pPr>
          <w:r w:rsidRPr="006C0366">
            <w:rPr>
              <w:color w:val="8A949C"/>
              <w:sz w:val="17"/>
            </w:rPr>
            <w:t>Journal homepage: https://helixapress.com</w:t>
          </w:r>
        </w:p>
      </w:tc>
      <w:tc>
        <w:tcPr>
          <w:tcW w:w="4932" w:type="dxa"/>
        </w:tcPr>
        <w:p w14:paraId="5EF8DFB3" w14:textId="77777777" w:rsidR="00B71B1D" w:rsidRDefault="00B71B1D" w:rsidP="00B71B1D">
          <w:pPr>
            <w:jc w:val="right"/>
          </w:pPr>
          <w:r>
            <w:rPr>
              <w:sz w:val="18"/>
            </w:rPr>
            <w:fldChar w:fldCharType="begin"/>
          </w:r>
          <w:r>
            <w:rPr>
              <w:sz w:val="18"/>
            </w:rPr>
            <w:instrText>PAGE</w:instrText>
          </w:r>
          <w:r>
            <w:rPr>
              <w:sz w:val="18"/>
            </w:rPr>
            <w:fldChar w:fldCharType="separate"/>
          </w:r>
          <w:r>
            <w:rPr>
              <w:noProof/>
              <w:sz w:val="18"/>
            </w:rPr>
            <w:t>1</w:t>
          </w:r>
          <w:r>
            <w:rPr>
              <w:sz w:val="18"/>
            </w:rPr>
            <w:fldChar w:fldCharType="end"/>
          </w:r>
        </w:p>
      </w:tc>
    </w:tr>
  </w:tbl>
  <w:p w14:paraId="65ACBAAE" w14:textId="77777777" w:rsidR="00D34B51" w:rsidRDefault="00D34B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0EFCA" w14:textId="77777777" w:rsidR="00D34B51" w:rsidRDefault="00D34B51">
    <w:pPr>
      <w:pStyle w:val="Foote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932"/>
      <w:gridCol w:w="4932"/>
    </w:tblGrid>
    <w:tr w:rsidR="00D34B51" w14:paraId="6FEA18D6" w14:textId="77777777">
      <w:trPr>
        <w:jc w:val="center"/>
      </w:trPr>
      <w:tc>
        <w:tcPr>
          <w:tcW w:w="4932" w:type="dxa"/>
        </w:tcPr>
        <w:p w14:paraId="11DBDEE5" w14:textId="75FE6C88" w:rsidR="00D34B51" w:rsidRPr="006C0366" w:rsidRDefault="006C0366">
          <w:pPr>
            <w:rPr>
              <w:color w:val="8A949C"/>
              <w:sz w:val="17"/>
            </w:rPr>
          </w:pPr>
          <w:r w:rsidRPr="006C0366">
            <w:rPr>
              <w:color w:val="8A949C"/>
              <w:sz w:val="17"/>
            </w:rPr>
            <w:t>Journal homepage: https://helixapress.com</w:t>
          </w:r>
        </w:p>
      </w:tc>
      <w:tc>
        <w:tcPr>
          <w:tcW w:w="4932" w:type="dxa"/>
        </w:tcPr>
        <w:p w14:paraId="3B02A7BF" w14:textId="77777777" w:rsidR="00D34B51" w:rsidRDefault="006365C4">
          <w:pPr>
            <w:jc w:val="right"/>
          </w:pPr>
          <w:r>
            <w:rPr>
              <w:sz w:val="18"/>
            </w:rPr>
            <w:fldChar w:fldCharType="begin"/>
          </w:r>
          <w:r>
            <w:rPr>
              <w:sz w:val="18"/>
            </w:rPr>
            <w:instrText>PAGE</w:instrText>
          </w:r>
          <w:r>
            <w:rPr>
              <w:sz w:val="18"/>
            </w:rPr>
            <w:fldChar w:fldCharType="separate"/>
          </w:r>
          <w:r w:rsidR="00D7778F">
            <w:rPr>
              <w:noProof/>
              <w:sz w:val="18"/>
            </w:rPr>
            <w:t>1</w:t>
          </w:r>
          <w:r>
            <w:rPr>
              <w:sz w:val="18"/>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D6C803" w14:textId="77777777" w:rsidR="001F5489" w:rsidRDefault="001F5489">
      <w:pPr>
        <w:spacing w:line="240" w:lineRule="auto"/>
      </w:pPr>
      <w:r>
        <w:separator/>
      </w:r>
    </w:p>
  </w:footnote>
  <w:footnote w:type="continuationSeparator" w:id="0">
    <w:p w14:paraId="2AAC3F3B" w14:textId="77777777" w:rsidR="001F5489" w:rsidRDefault="001F54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438055" w14:textId="3BE9DEB2" w:rsidR="00D34B51" w:rsidRPr="003D595D" w:rsidRDefault="003D595D" w:rsidP="00A064F2">
    <w:pPr>
      <w:rPr>
        <w:b/>
        <w:color w:val="808080" w:themeColor="background1" w:themeShade="80"/>
        <w:sz w:val="18"/>
        <w:lang w:val="id-ID"/>
      </w:rPr>
    </w:pPr>
    <w:r w:rsidRPr="003D595D">
      <w:rPr>
        <w:b/>
        <w:color w:val="808080" w:themeColor="background1" w:themeShade="80"/>
        <w:sz w:val="18"/>
        <w:lang w:val="id-ID"/>
      </w:rPr>
      <w:t>JSSEV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6"/>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62A"/>
    <w:rsid w:val="00034616"/>
    <w:rsid w:val="0006063C"/>
    <w:rsid w:val="00097F1E"/>
    <w:rsid w:val="000D7C3F"/>
    <w:rsid w:val="000F1869"/>
    <w:rsid w:val="00135B86"/>
    <w:rsid w:val="0015074B"/>
    <w:rsid w:val="001F5489"/>
    <w:rsid w:val="0029639D"/>
    <w:rsid w:val="00326F90"/>
    <w:rsid w:val="003D595D"/>
    <w:rsid w:val="004430CE"/>
    <w:rsid w:val="004A5557"/>
    <w:rsid w:val="00512CFD"/>
    <w:rsid w:val="00574099"/>
    <w:rsid w:val="006365C4"/>
    <w:rsid w:val="00662D4B"/>
    <w:rsid w:val="006C0366"/>
    <w:rsid w:val="00766250"/>
    <w:rsid w:val="00903F8E"/>
    <w:rsid w:val="009A0D04"/>
    <w:rsid w:val="00A064F2"/>
    <w:rsid w:val="00A109A7"/>
    <w:rsid w:val="00A63405"/>
    <w:rsid w:val="00A81A5A"/>
    <w:rsid w:val="00AA1D8D"/>
    <w:rsid w:val="00B02CC4"/>
    <w:rsid w:val="00B47730"/>
    <w:rsid w:val="00B71B1D"/>
    <w:rsid w:val="00CB0664"/>
    <w:rsid w:val="00D34B51"/>
    <w:rsid w:val="00D7778F"/>
    <w:rsid w:val="00DC01A2"/>
    <w:rsid w:val="00F129F6"/>
    <w:rsid w:val="00FC693F"/>
    <w:rsid w:val="00FE53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45C42BF"/>
  <w14:defaultImageDpi w14:val="300"/>
  <w15:docId w15:val="{B4BD16BD-7C7E-49A5-B2A1-FD0924134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59" w:lineRule="auto"/>
    </w:pPr>
    <w:rPr>
      <w:rFonts w:ascii="EB Garamond" w:eastAsia="EB Garamond" w:hAnsi="EB Garamond" w:cs="EB Garamond"/>
      <w:color w:val="25252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perTitle">
    <w:name w:val="Paper Title"/>
    <w:pPr>
      <w:spacing w:after="140" w:line="240" w:lineRule="auto"/>
    </w:pPr>
    <w:rPr>
      <w:rFonts w:ascii="EB Garamond" w:eastAsia="EB Garamond" w:hAnsi="EB Garamond" w:cs="EB Garamond"/>
      <w:b/>
      <w:color w:val="2F6B5A"/>
      <w:sz w:val="34"/>
    </w:rPr>
  </w:style>
  <w:style w:type="paragraph" w:customStyle="1" w:styleId="PaperAuthor">
    <w:name w:val="Paper Author"/>
    <w:pPr>
      <w:spacing w:after="20"/>
    </w:pPr>
    <w:rPr>
      <w:rFonts w:ascii="EB Garamond" w:eastAsia="EB Garamond" w:hAnsi="EB Garamond" w:cs="EB Garamond"/>
      <w:color w:val="252525"/>
      <w:sz w:val="23"/>
    </w:rPr>
  </w:style>
  <w:style w:type="paragraph" w:customStyle="1" w:styleId="PaperAffiliation">
    <w:name w:val="Paper Affiliation"/>
    <w:pPr>
      <w:spacing w:after="0"/>
    </w:pPr>
    <w:rPr>
      <w:rFonts w:ascii="EB Garamond" w:eastAsia="EB Garamond" w:hAnsi="EB Garamond" w:cs="EB Garamond"/>
      <w:color w:val="252525"/>
      <w:sz w:val="21"/>
    </w:rPr>
  </w:style>
  <w:style w:type="paragraph" w:customStyle="1" w:styleId="PaperBody">
    <w:name w:val="Paper Body"/>
    <w:pPr>
      <w:spacing w:after="120" w:line="259" w:lineRule="auto"/>
      <w:jc w:val="both"/>
    </w:pPr>
    <w:rPr>
      <w:rFonts w:ascii="EB Garamond" w:eastAsia="EB Garamond" w:hAnsi="EB Garamond" w:cs="EB Garamond"/>
      <w:color w:val="252525"/>
    </w:rPr>
  </w:style>
  <w:style w:type="paragraph" w:customStyle="1" w:styleId="PaperHeading1">
    <w:name w:val="Paper Heading 1"/>
    <w:pPr>
      <w:keepNext/>
      <w:spacing w:before="180" w:after="80"/>
    </w:pPr>
    <w:rPr>
      <w:rFonts w:ascii="EB Garamond" w:eastAsia="EB Garamond" w:hAnsi="EB Garamond" w:cs="EB Garamond"/>
      <w:b/>
      <w:color w:val="2F6B5A"/>
      <w:sz w:val="25"/>
    </w:rPr>
  </w:style>
  <w:style w:type="paragraph" w:customStyle="1" w:styleId="PaperHeading2">
    <w:name w:val="Paper Heading 2"/>
    <w:pPr>
      <w:keepNext/>
      <w:spacing w:before="120" w:after="60"/>
    </w:pPr>
    <w:rPr>
      <w:rFonts w:ascii="EB Garamond" w:eastAsia="EB Garamond" w:hAnsi="EB Garamond" w:cs="EB Garamond"/>
      <w:b/>
      <w:color w:val="2F6B5A"/>
      <w:sz w:val="23"/>
    </w:rPr>
  </w:style>
  <w:style w:type="paragraph" w:customStyle="1" w:styleId="PaperCaption">
    <w:name w:val="Paper Caption"/>
    <w:pPr>
      <w:spacing w:before="60" w:after="80" w:line="240" w:lineRule="auto"/>
      <w:jc w:val="center"/>
    </w:pPr>
    <w:rPr>
      <w:rFonts w:ascii="EB Garamond" w:eastAsia="EB Garamond" w:hAnsi="EB Garamond" w:cs="EB Garamond"/>
      <w:i/>
      <w:color w:val="3A3A3A"/>
      <w:sz w:val="19"/>
    </w:rPr>
  </w:style>
  <w:style w:type="paragraph" w:customStyle="1" w:styleId="PaperReference">
    <w:name w:val="Paper Reference"/>
    <w:pPr>
      <w:spacing w:after="60" w:line="240" w:lineRule="auto"/>
      <w:ind w:left="720" w:hanging="720"/>
    </w:pPr>
    <w:rPr>
      <w:rFonts w:ascii="EB Garamond" w:eastAsia="EB Garamond" w:hAnsi="EB Garamond" w:cs="EB Garamond"/>
      <w:color w:val="252525"/>
      <w:sz w:val="21"/>
    </w:rPr>
  </w:style>
  <w:style w:type="paragraph" w:customStyle="1" w:styleId="MetaLabel">
    <w:name w:val="Meta Label"/>
    <w:pPr>
      <w:spacing w:after="20"/>
    </w:pPr>
    <w:rPr>
      <w:rFonts w:ascii="EB Garamond" w:eastAsia="EB Garamond" w:hAnsi="EB Garamond" w:cs="EB Garamond"/>
      <w:b/>
      <w:color w:val="2F6B5A"/>
      <w:sz w:val="19"/>
    </w:rPr>
  </w:style>
  <w:style w:type="paragraph" w:customStyle="1" w:styleId="MetaText">
    <w:name w:val="Meta Text"/>
    <w:pPr>
      <w:spacing w:after="20" w:line="240" w:lineRule="auto"/>
    </w:pPr>
    <w:rPr>
      <w:rFonts w:ascii="EB Garamond" w:eastAsia="EB Garamond" w:hAnsi="EB Garamond" w:cs="EB Garamond"/>
      <w:color w:val="252525"/>
      <w:sz w:val="18"/>
    </w:rPr>
  </w:style>
  <w:style w:type="character" w:styleId="Hyperlink">
    <w:name w:val="Hyperlink"/>
    <w:basedOn w:val="DefaultParagraphFont"/>
    <w:rsid w:val="00D7778F"/>
    <w:rPr>
      <w:color w:val="0000FF"/>
      <w:u w:val="single"/>
    </w:rPr>
  </w:style>
  <w:style w:type="character" w:styleId="UnresolvedMention">
    <w:name w:val="Unresolved Mention"/>
    <w:basedOn w:val="DefaultParagraphFont"/>
    <w:uiPriority w:val="99"/>
    <w:semiHidden/>
    <w:unhideWhenUsed/>
    <w:rsid w:val="00A634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5bDO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A8AB3-5A43-49E3-9659-1316EF751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New Journal Paper Template</vt:lpstr>
    </vt:vector>
  </TitlesOfParts>
  <Manager/>
  <Company/>
  <LinksUpToDate>false</LinksUpToDate>
  <CharactersWithSpaces>5584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Journal Paper Template</dc:title>
  <dc:subject>Editable academic paper template based on the supplied RTPF layout</dc:subject>
  <dc:creator>sintiapermata10@gmail.com</dc:creator>
  <cp:keywords/>
  <dc:description>Template recreated with a modified font, color palette, spacing, and front-matter layout.</dc:description>
  <cp:lastModifiedBy>sintiapermata10@gmail.com</cp:lastModifiedBy>
  <cp:revision>2</cp:revision>
  <dcterms:created xsi:type="dcterms:W3CDTF">2026-08-21T08:43:00Z</dcterms:created>
  <dcterms:modified xsi:type="dcterms:W3CDTF">2026-08-21T08:43:00Z</dcterms:modified>
  <cp:category/>
</cp:coreProperties>
</file>